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F15978" w14:paraId="14A2CFF3" w14:textId="77777777">
        <w:trPr>
          <w:jc w:val="center"/>
        </w:trPr>
        <w:tc>
          <w:tcPr>
            <w:tcW w:w="513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DF8162" w14:textId="1D47640D" w:rsidR="00F15978" w:rsidRDefault="00F15978"/>
        </w:tc>
        <w:tc>
          <w:tcPr>
            <w:tcW w:w="513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738ADB" w14:textId="77777777" w:rsidR="00F15978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5A4A64A" wp14:editId="788C50DA">
                  <wp:extent cx="1835999" cy="38511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01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999" cy="38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104F54" w14:textId="3E517B36" w:rsidR="00F15978" w:rsidRDefault="0079609B">
      <w:pPr>
        <w:spacing w:before="140" w:after="40"/>
        <w:jc w:val="center"/>
      </w:pPr>
      <w:r>
        <w:rPr>
          <w:b/>
          <w:color w:val="F5A000"/>
        </w:rPr>
        <w:t xml:space="preserve">I </w:t>
      </w:r>
      <w:r w:rsidR="00000000">
        <w:rPr>
          <w:b/>
          <w:color w:val="F5A000"/>
        </w:rPr>
        <w:t>POZIV ZA UČEŠĆE I DOSTAVLJANJE APSTRAKATA</w:t>
      </w:r>
    </w:p>
    <w:p w14:paraId="37C44068" w14:textId="77777777" w:rsidR="00DF302A" w:rsidRDefault="00DF302A">
      <w:pPr>
        <w:spacing w:after="80"/>
        <w:jc w:val="center"/>
        <w:rPr>
          <w:b/>
          <w:color w:val="0B2C52"/>
          <w:sz w:val="62"/>
        </w:rPr>
      </w:pPr>
      <w:r w:rsidRPr="00DF302A">
        <w:rPr>
          <w:b/>
          <w:color w:val="0B2C52"/>
          <w:sz w:val="62"/>
        </w:rPr>
        <w:t>AI 2 EMPOWER CONFERENCE 2026</w:t>
      </w:r>
    </w:p>
    <w:p w14:paraId="284329C3" w14:textId="4452D17B" w:rsidR="00DF302A" w:rsidRDefault="00DF302A">
      <w:pPr>
        <w:spacing w:after="160"/>
        <w:jc w:val="center"/>
        <w:rPr>
          <w:b/>
          <w:color w:val="2A6BAA"/>
          <w:sz w:val="32"/>
        </w:rPr>
      </w:pPr>
      <w:r w:rsidRPr="00DF302A">
        <w:rPr>
          <w:b/>
          <w:color w:val="2A6BAA"/>
          <w:sz w:val="32"/>
        </w:rPr>
        <w:t>Ve</w:t>
      </w:r>
      <w:r w:rsidRPr="00DF302A">
        <w:rPr>
          <w:rFonts w:hint="cs"/>
          <w:b/>
          <w:color w:val="2A6BAA"/>
          <w:sz w:val="32"/>
        </w:rPr>
        <w:t>š</w:t>
      </w:r>
      <w:r w:rsidRPr="00DF302A">
        <w:rPr>
          <w:b/>
          <w:color w:val="2A6BAA"/>
          <w:sz w:val="32"/>
        </w:rPr>
        <w:t>ta</w:t>
      </w:r>
      <w:r w:rsidRPr="00DF302A">
        <w:rPr>
          <w:rFonts w:hint="cs"/>
          <w:b/>
          <w:color w:val="2A6BAA"/>
          <w:sz w:val="32"/>
        </w:rPr>
        <w:t>č</w:t>
      </w:r>
      <w:r w:rsidRPr="00DF302A">
        <w:rPr>
          <w:b/>
          <w:color w:val="2A6BAA"/>
          <w:sz w:val="32"/>
        </w:rPr>
        <w:t>ka inteligencija za podr</w:t>
      </w:r>
      <w:r w:rsidRPr="00DF302A">
        <w:rPr>
          <w:rFonts w:hint="cs"/>
          <w:b/>
          <w:color w:val="2A6BAA"/>
          <w:sz w:val="32"/>
        </w:rPr>
        <w:t>š</w:t>
      </w:r>
      <w:r w:rsidRPr="00DF302A">
        <w:rPr>
          <w:b/>
          <w:color w:val="2A6BAA"/>
          <w:sz w:val="32"/>
        </w:rPr>
        <w:t xml:space="preserve">ku usmerenu na </w:t>
      </w:r>
      <w:r w:rsidRPr="00DF302A">
        <w:rPr>
          <w:rFonts w:hint="cs"/>
          <w:b/>
          <w:color w:val="2A6BAA"/>
          <w:sz w:val="32"/>
        </w:rPr>
        <w:t>č</w:t>
      </w:r>
      <w:r w:rsidRPr="00DF302A">
        <w:rPr>
          <w:b/>
          <w:color w:val="2A6BAA"/>
          <w:sz w:val="32"/>
        </w:rPr>
        <w:t xml:space="preserve">oveka </w:t>
      </w:r>
    </w:p>
    <w:p w14:paraId="4AFEA384" w14:textId="15ED4B76" w:rsidR="00F15978" w:rsidRDefault="00000000">
      <w:pPr>
        <w:spacing w:after="160"/>
        <w:jc w:val="center"/>
      </w:pPr>
      <w:r>
        <w:rPr>
          <w:i/>
          <w:sz w:val="27"/>
        </w:rPr>
        <w:t>„</w:t>
      </w:r>
      <w:r w:rsidR="00DF302A" w:rsidRPr="00DF302A">
        <w:t xml:space="preserve"> </w:t>
      </w:r>
      <w:r w:rsidR="00DF302A">
        <w:rPr>
          <w:i/>
          <w:sz w:val="27"/>
        </w:rPr>
        <w:t>Pe</w:t>
      </w:r>
      <w:r w:rsidR="00DF302A" w:rsidRPr="00DF302A">
        <w:rPr>
          <w:i/>
          <w:sz w:val="27"/>
        </w:rPr>
        <w:t>rspektive primene ve</w:t>
      </w:r>
      <w:r w:rsidR="00DF302A" w:rsidRPr="00DF302A">
        <w:rPr>
          <w:rFonts w:hint="cs"/>
          <w:i/>
          <w:sz w:val="27"/>
        </w:rPr>
        <w:t>š</w:t>
      </w:r>
      <w:r w:rsidR="00DF302A" w:rsidRPr="00DF302A">
        <w:rPr>
          <w:i/>
          <w:sz w:val="27"/>
        </w:rPr>
        <w:t>ta</w:t>
      </w:r>
      <w:r w:rsidR="00DF302A" w:rsidRPr="00DF302A">
        <w:rPr>
          <w:rFonts w:hint="cs"/>
          <w:i/>
          <w:sz w:val="27"/>
        </w:rPr>
        <w:t>č</w:t>
      </w:r>
      <w:r w:rsidR="00DF302A" w:rsidRPr="00DF302A">
        <w:rPr>
          <w:i/>
          <w:sz w:val="27"/>
        </w:rPr>
        <w:t xml:space="preserve">ke inteligencije u inkluziji i socijalnoj participaciji, obrazovanju, rehabilitaciji, terapiji i zdravlju </w:t>
      </w:r>
      <w:r>
        <w:rPr>
          <w:i/>
          <w:sz w:val="27"/>
        </w:rPr>
        <w:t>“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21"/>
        <w:gridCol w:w="3421"/>
        <w:gridCol w:w="3421"/>
        <w:gridCol w:w="35"/>
      </w:tblGrid>
      <w:tr w:rsidR="00F15978" w14:paraId="4D5E5C54" w14:textId="77777777">
        <w:trPr>
          <w:jc w:val="center"/>
        </w:trPr>
        <w:tc>
          <w:tcPr>
            <w:tcW w:w="10262" w:type="dxa"/>
            <w:gridSpan w:val="4"/>
            <w:tcBorders>
              <w:top w:val="single" w:sz="10" w:space="0" w:color="D5E1EC"/>
              <w:left w:val="single" w:sz="10" w:space="0" w:color="D5E1EC"/>
              <w:bottom w:val="single" w:sz="10" w:space="0" w:color="D5E1EC"/>
              <w:right w:val="single" w:sz="10" w:space="0" w:color="D5E1EC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5D3E755" w14:textId="1ACEACF8" w:rsidR="00F15978" w:rsidRDefault="00DF30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CE542E" wp14:editId="2CCD9FEF">
                  <wp:extent cx="2737590" cy="2737590"/>
                  <wp:effectExtent l="0" t="0" r="5715" b="5715"/>
                  <wp:docPr id="18753359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335998" name="Picture 187533599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112" cy="274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978" w14:paraId="382970CA" w14:textId="77777777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gridAfter w:val="1"/>
          <w:wAfter w:w="35" w:type="dxa"/>
          <w:jc w:val="center"/>
        </w:trPr>
        <w:tc>
          <w:tcPr>
            <w:tcW w:w="3421" w:type="dxa"/>
            <w:shd w:val="clear" w:color="auto" w:fill="123E73"/>
            <w:tcMar>
              <w:top w:w="90" w:type="dxa"/>
              <w:left w:w="80" w:type="dxa"/>
              <w:bottom w:w="90" w:type="dxa"/>
              <w:right w:w="80" w:type="dxa"/>
            </w:tcMar>
          </w:tcPr>
          <w:p w14:paraId="3808E20D" w14:textId="77777777" w:rsidR="00F15978" w:rsidRDefault="00000000">
            <w:pPr>
              <w:jc w:val="center"/>
            </w:pPr>
            <w:r>
              <w:rPr>
                <w:b/>
                <w:color w:val="F5A000"/>
                <w:sz w:val="15"/>
              </w:rPr>
              <w:t>DATUM</w:t>
            </w:r>
            <w:r>
              <w:rPr>
                <w:b/>
                <w:color w:val="F5A000"/>
                <w:sz w:val="15"/>
              </w:rPr>
              <w:br/>
            </w:r>
            <w:r>
              <w:rPr>
                <w:b/>
                <w:color w:val="FFFFFF"/>
                <w:sz w:val="20"/>
              </w:rPr>
              <w:t>6-7. oktobar 2026.</w:t>
            </w:r>
          </w:p>
        </w:tc>
        <w:tc>
          <w:tcPr>
            <w:tcW w:w="3421" w:type="dxa"/>
            <w:shd w:val="clear" w:color="auto" w:fill="2A6BAA"/>
            <w:tcMar>
              <w:top w:w="90" w:type="dxa"/>
              <w:left w:w="80" w:type="dxa"/>
              <w:bottom w:w="90" w:type="dxa"/>
              <w:right w:w="80" w:type="dxa"/>
            </w:tcMar>
          </w:tcPr>
          <w:p w14:paraId="47D4D6E7" w14:textId="442877D0" w:rsidR="00F15978" w:rsidRDefault="00DF302A">
            <w:pPr>
              <w:jc w:val="center"/>
            </w:pPr>
            <w:r>
              <w:rPr>
                <w:b/>
                <w:color w:val="FFFFFF"/>
                <w:sz w:val="15"/>
              </w:rPr>
              <w:t>LOKACIJA</w:t>
            </w:r>
            <w:r>
              <w:rPr>
                <w:b/>
                <w:color w:val="FFFFFF"/>
                <w:sz w:val="15"/>
              </w:rPr>
              <w:br/>
            </w:r>
            <w:r>
              <w:rPr>
                <w:b/>
                <w:color w:val="FFFFFF"/>
                <w:sz w:val="20"/>
              </w:rPr>
              <w:t>Fakultet za humani razvoj</w:t>
            </w:r>
            <w:r>
              <w:rPr>
                <w:b/>
                <w:color w:val="FFFFFF"/>
                <w:sz w:val="20"/>
              </w:rPr>
              <w:br/>
              <w:t>Beograd, Srbija</w:t>
            </w:r>
          </w:p>
        </w:tc>
        <w:tc>
          <w:tcPr>
            <w:tcW w:w="3421" w:type="dxa"/>
            <w:shd w:val="clear" w:color="auto" w:fill="123E73"/>
            <w:tcMar>
              <w:top w:w="90" w:type="dxa"/>
              <w:left w:w="80" w:type="dxa"/>
              <w:bottom w:w="90" w:type="dxa"/>
              <w:right w:w="80" w:type="dxa"/>
            </w:tcMar>
          </w:tcPr>
          <w:p w14:paraId="4B452F03" w14:textId="77777777" w:rsidR="00F15978" w:rsidRDefault="00000000">
            <w:pPr>
              <w:jc w:val="center"/>
            </w:pPr>
            <w:r>
              <w:rPr>
                <w:b/>
                <w:color w:val="F5A000"/>
                <w:sz w:val="15"/>
              </w:rPr>
              <w:t>FORMAT</w:t>
            </w:r>
            <w:r>
              <w:rPr>
                <w:b/>
                <w:color w:val="F5A000"/>
                <w:sz w:val="15"/>
              </w:rPr>
              <w:br/>
            </w:r>
            <w:r>
              <w:rPr>
                <w:b/>
                <w:color w:val="FFFFFF"/>
                <w:sz w:val="20"/>
              </w:rPr>
              <w:t>Hibridno</w:t>
            </w:r>
            <w:r>
              <w:rPr>
                <w:b/>
                <w:color w:val="FFFFFF"/>
                <w:sz w:val="20"/>
              </w:rPr>
              <w:br/>
              <w:t>uživo + onlajn</w:t>
            </w:r>
          </w:p>
        </w:tc>
      </w:tr>
    </w:tbl>
    <w:p w14:paraId="11AD743D" w14:textId="77777777" w:rsidR="00194C8C" w:rsidRDefault="00194C8C">
      <w:pPr>
        <w:spacing w:before="140" w:after="60"/>
        <w:jc w:val="center"/>
        <w:rPr>
          <w:b/>
          <w:color w:val="0B2C52"/>
          <w:sz w:val="28"/>
          <w:szCs w:val="28"/>
        </w:rPr>
      </w:pPr>
    </w:p>
    <w:p w14:paraId="5097736E" w14:textId="162B2EC2" w:rsidR="00194C8C" w:rsidRDefault="00194C8C">
      <w:pPr>
        <w:spacing w:before="140" w:after="60"/>
        <w:jc w:val="center"/>
        <w:rPr>
          <w:b/>
          <w:color w:val="0B2C52"/>
          <w:sz w:val="28"/>
          <w:szCs w:val="28"/>
        </w:rPr>
      </w:pPr>
      <w:r>
        <w:rPr>
          <w:b/>
          <w:color w:val="0B2C52"/>
          <w:sz w:val="28"/>
          <w:szCs w:val="28"/>
        </w:rPr>
        <w:t>KOTIZACIJA BESPLATNA</w:t>
      </w:r>
    </w:p>
    <w:p w14:paraId="35D6D867" w14:textId="77777777" w:rsidR="00194C8C" w:rsidRDefault="00194C8C">
      <w:pPr>
        <w:spacing w:before="140" w:after="60"/>
        <w:jc w:val="center"/>
        <w:rPr>
          <w:b/>
          <w:color w:val="0B2C52"/>
          <w:sz w:val="28"/>
          <w:szCs w:val="28"/>
        </w:rPr>
      </w:pPr>
    </w:p>
    <w:p w14:paraId="28D8C209" w14:textId="5D342E08" w:rsidR="00F15978" w:rsidRPr="0010717F" w:rsidRDefault="00000000">
      <w:pPr>
        <w:spacing w:before="140" w:after="60"/>
        <w:jc w:val="center"/>
        <w:rPr>
          <w:sz w:val="28"/>
          <w:szCs w:val="28"/>
        </w:rPr>
      </w:pPr>
      <w:r w:rsidRPr="0010717F">
        <w:rPr>
          <w:b/>
          <w:color w:val="0B2C52"/>
          <w:sz w:val="28"/>
          <w:szCs w:val="28"/>
        </w:rPr>
        <w:t>Društvo terapeuta specijalne edukacije i rehabilitacije (DTSER)</w:t>
      </w:r>
      <w:r w:rsidR="00BC278F">
        <w:rPr>
          <w:b/>
          <w:color w:val="0B2C52"/>
          <w:sz w:val="28"/>
          <w:szCs w:val="28"/>
        </w:rPr>
        <w:t xml:space="preserve"> sa partnerima</w:t>
      </w:r>
    </w:p>
    <w:p w14:paraId="1E98A625" w14:textId="77777777" w:rsidR="00F15978" w:rsidRDefault="00000000">
      <w:pPr>
        <w:spacing w:after="0"/>
        <w:jc w:val="center"/>
      </w:pPr>
      <w:r>
        <w:rPr>
          <w:color w:val="5A6B7A"/>
          <w:sz w:val="16"/>
        </w:rPr>
        <w:t>Erasmus+ projekat AI Empower - Enhancing Abilities with AI: Professional Training for Inclusive Disability Support</w:t>
      </w:r>
    </w:p>
    <w:p w14:paraId="612A88DF" w14:textId="77777777" w:rsidR="00F15978" w:rsidRDefault="00000000">
      <w:pPr>
        <w:spacing w:before="140" w:after="0"/>
        <w:jc w:val="center"/>
      </w:pPr>
      <w:r>
        <w:rPr>
          <w:b/>
          <w:color w:val="F5A000"/>
          <w:sz w:val="16"/>
        </w:rPr>
        <w:t>ABSTRACT SUBMISSION</w:t>
      </w:r>
      <w:r>
        <w:rPr>
          <w:b/>
          <w:color w:val="5A6B7A"/>
          <w:sz w:val="16"/>
        </w:rPr>
        <w:t xml:space="preserve">  •  </w:t>
      </w:r>
      <w:hyperlink r:id="rId10">
        <w:r w:rsidR="00F15978">
          <w:rPr>
            <w:b/>
            <w:color w:val="2A6BAA"/>
            <w:sz w:val="19"/>
            <w:u w:val="single"/>
          </w:rPr>
          <w:t>abstract@ai2empowerhub.com</w:t>
        </w:r>
      </w:hyperlink>
    </w:p>
    <w:p w14:paraId="17F2BF43" w14:textId="77777777" w:rsidR="00F15978" w:rsidRDefault="00F15978"/>
    <w:p w14:paraId="37D1AC07" w14:textId="57589C32" w:rsidR="00BC278F" w:rsidRDefault="00BC278F">
      <w:pPr>
        <w:sectPr w:rsidR="00BC278F">
          <w:pgSz w:w="11906" w:h="16838"/>
          <w:pgMar w:top="680" w:right="822" w:bottom="709" w:left="822" w:header="255" w:footer="34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7D6D1C34" wp14:editId="768E28FB">
            <wp:extent cx="6516370" cy="1303020"/>
            <wp:effectExtent l="0" t="0" r="0" b="0"/>
            <wp:docPr id="764514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14868" name="Picture 76451486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F15978" w14:paraId="3E64F89E" w14:textId="77777777">
        <w:trPr>
          <w:cantSplit/>
        </w:trPr>
        <w:tc>
          <w:tcPr>
            <w:tcW w:w="5131" w:type="dxa"/>
            <w:shd w:val="clear" w:color="auto" w:fill="123E73"/>
            <w:tcMar>
              <w:top w:w="90" w:type="dxa"/>
              <w:left w:w="80" w:type="dxa"/>
              <w:bottom w:w="90" w:type="dxa"/>
              <w:right w:w="80" w:type="dxa"/>
            </w:tcMar>
          </w:tcPr>
          <w:p w14:paraId="01C15A4B" w14:textId="77777777" w:rsidR="00F15978" w:rsidRDefault="00000000">
            <w:pPr>
              <w:jc w:val="center"/>
            </w:pPr>
            <w:r>
              <w:rPr>
                <w:b/>
                <w:color w:val="FFFFFF"/>
                <w:sz w:val="44"/>
              </w:rPr>
              <w:lastRenderedPageBreak/>
              <w:t>01</w:t>
            </w:r>
          </w:p>
        </w:tc>
        <w:tc>
          <w:tcPr>
            <w:tcW w:w="5131" w:type="dxa"/>
            <w:tcMar>
              <w:top w:w="60" w:type="dxa"/>
              <w:left w:w="110" w:type="dxa"/>
              <w:bottom w:w="50" w:type="dxa"/>
              <w:right w:w="50" w:type="dxa"/>
            </w:tcMar>
          </w:tcPr>
          <w:p w14:paraId="71B1A93D" w14:textId="77777777" w:rsidR="00F15978" w:rsidRDefault="00000000">
            <w:r>
              <w:rPr>
                <w:b/>
                <w:color w:val="0B2C52"/>
                <w:sz w:val="34"/>
              </w:rPr>
              <w:t>O KONFERENCIJI</w:t>
            </w:r>
          </w:p>
          <w:p w14:paraId="47B679A1" w14:textId="77777777" w:rsidR="00F15978" w:rsidRDefault="00000000">
            <w:pPr>
              <w:spacing w:before="20"/>
            </w:pPr>
            <w:r>
              <w:rPr>
                <w:color w:val="5A6B7A"/>
                <w:sz w:val="19"/>
              </w:rPr>
              <w:t>Završna međunarodna konferencija i događaj diseminacije</w:t>
            </w:r>
          </w:p>
        </w:tc>
      </w:tr>
    </w:tbl>
    <w:p w14:paraId="42A2AB27" w14:textId="77777777" w:rsidR="00F15978" w:rsidRDefault="00F15978">
      <w:pPr>
        <w:spacing w:after="0"/>
      </w:pPr>
    </w:p>
    <w:p w14:paraId="758CC444" w14:textId="41E2237C" w:rsidR="00F15978" w:rsidRDefault="00000000">
      <w:pPr>
        <w:spacing w:after="160"/>
        <w:jc w:val="both"/>
      </w:pPr>
      <w:r>
        <w:t>Društvo terapeuta specijalne edukacije i rehabilitacije (DTSER)</w:t>
      </w:r>
      <w:r w:rsidR="00194C8C">
        <w:t xml:space="preserve"> sa partnerima</w:t>
      </w:r>
      <w:r>
        <w:t xml:space="preserve">, u okviru Erasmus+ projekta AI Empower - Enhancing Abilities with AI: Professional Training for Inclusive Disability Support, organizuje završnu međunarodnu konferenciju posvećenu primeni </w:t>
      </w:r>
      <w:r w:rsidR="00DF302A">
        <w:t>v</w:t>
      </w:r>
      <w:r w:rsidR="00DF302A" w:rsidRPr="00DF302A">
        <w:t>eštačke inteligencije u inkluziji i socijalnoj participaciji, obrazovanju, rehabilitaciji, terapiji i zdravlju</w:t>
      </w:r>
      <w:r w:rsidR="00DF302A">
        <w:t xml:space="preserve"> sa posebnim akcentom na benefite za osobe sa invaliditetom</w:t>
      </w:r>
      <w:r>
        <w:t>.</w:t>
      </w:r>
    </w:p>
    <w:p w14:paraId="34526163" w14:textId="62DFC256" w:rsidR="00F15978" w:rsidRDefault="00000000">
      <w:pPr>
        <w:spacing w:after="160"/>
        <w:ind w:firstLine="312"/>
        <w:jc w:val="both"/>
      </w:pPr>
      <w:r>
        <w:t xml:space="preserve">Konferencija će okupiti istraživače, univerzitetske profesore, stručnjake iz prakse, edukatore, rehabilitatore, socijalne radnike, psihologe, </w:t>
      </w:r>
      <w:r w:rsidR="00DF302A">
        <w:t xml:space="preserve">zdravstvene radnike, </w:t>
      </w:r>
      <w:r>
        <w:t>predstavnike organizacija civilnog društva i sve zainteresovane za razvoj inkluzivnih, dostupnih i odgovorno osmišljenih digitalnih rešenja.</w:t>
      </w:r>
    </w:p>
    <w:p w14:paraId="576ED008" w14:textId="4DFBCDBF" w:rsidR="00F15978" w:rsidRDefault="00000000">
      <w:pPr>
        <w:ind w:firstLine="312"/>
        <w:jc w:val="both"/>
      </w:pPr>
      <w:r>
        <w:t>Prvi dan konferencije biće posvećen predstavljanju rezultata projekta AI Empower, razvijenih obrazovnih modula, digitalnih resursa i primera međunarodne saradnje. Drugi dan konferencije namenjen je usmenim  prezentacijama prijavljenih autora, primerima dobre prakse, istraživanjima i inovativnim pristupima.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262"/>
      </w:tblGrid>
      <w:tr w:rsidR="00F15978" w14:paraId="17AA7DC4" w14:textId="77777777">
        <w:trPr>
          <w:jc w:val="center"/>
        </w:trPr>
        <w:tc>
          <w:tcPr>
            <w:tcW w:w="10262" w:type="dxa"/>
            <w:shd w:val="clear" w:color="auto" w:fill="123E73"/>
            <w:tcMar>
              <w:top w:w="135" w:type="dxa"/>
              <w:left w:w="180" w:type="dxa"/>
              <w:bottom w:w="135" w:type="dxa"/>
              <w:right w:w="180" w:type="dxa"/>
            </w:tcMar>
          </w:tcPr>
          <w:p w14:paraId="512F9E2B" w14:textId="77777777" w:rsidR="00F15978" w:rsidRDefault="00000000">
            <w:pPr>
              <w:jc w:val="center"/>
            </w:pPr>
            <w:r>
              <w:rPr>
                <w:b/>
                <w:color w:val="F5A000"/>
                <w:sz w:val="20"/>
              </w:rPr>
              <w:t>POZIV AUTORIMA</w:t>
            </w:r>
          </w:p>
          <w:p w14:paraId="2AD3BA9A" w14:textId="77777777" w:rsidR="00F15978" w:rsidRDefault="00000000">
            <w:pPr>
              <w:jc w:val="center"/>
            </w:pPr>
            <w:r>
              <w:rPr>
                <w:b/>
                <w:color w:val="FFFFFF"/>
                <w:sz w:val="24"/>
              </w:rPr>
              <w:t>Pozivamo autore da dostave apstrakte istraživačkih, stručnih i preglednih radova, prikaza dobre prakse i inovativnih pristupa.</w:t>
            </w:r>
          </w:p>
        </w:tc>
      </w:tr>
    </w:tbl>
    <w:p w14:paraId="02A77730" w14:textId="77777777" w:rsidR="00F15978" w:rsidRDefault="00F15978">
      <w:pPr>
        <w:spacing w:after="40"/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F15978" w14:paraId="0E99E0D7" w14:textId="77777777">
        <w:trPr>
          <w:jc w:val="center"/>
        </w:trPr>
        <w:tc>
          <w:tcPr>
            <w:tcW w:w="5131" w:type="dxa"/>
            <w:shd w:val="clear" w:color="auto" w:fill="123E73"/>
            <w:tcMar>
              <w:top w:w="110" w:type="dxa"/>
              <w:left w:w="80" w:type="dxa"/>
              <w:bottom w:w="110" w:type="dxa"/>
              <w:right w:w="80" w:type="dxa"/>
            </w:tcMar>
          </w:tcPr>
          <w:p w14:paraId="6D941BA4" w14:textId="77777777" w:rsidR="00F15978" w:rsidRDefault="00000000">
            <w:pPr>
              <w:jc w:val="center"/>
            </w:pPr>
            <w:r>
              <w:rPr>
                <w:b/>
                <w:color w:val="FFFFFF"/>
                <w:sz w:val="36"/>
              </w:rPr>
              <w:t>01</w:t>
            </w:r>
          </w:p>
        </w:tc>
        <w:tc>
          <w:tcPr>
            <w:tcW w:w="5131" w:type="dxa"/>
            <w:shd w:val="clear" w:color="auto" w:fill="EAF2F8"/>
            <w:tcMar>
              <w:top w:w="90" w:type="dxa"/>
              <w:left w:w="140" w:type="dxa"/>
              <w:bottom w:w="90" w:type="dxa"/>
              <w:right w:w="120" w:type="dxa"/>
            </w:tcMar>
          </w:tcPr>
          <w:p w14:paraId="65F54D0D" w14:textId="77777777" w:rsidR="00F15978" w:rsidRDefault="00000000">
            <w:r>
              <w:rPr>
                <w:b/>
                <w:color w:val="2A6BAA"/>
                <w:sz w:val="16"/>
              </w:rPr>
              <w:t>PRVI DAN - 6. OKTOBAR</w:t>
            </w:r>
            <w:r>
              <w:rPr>
                <w:b/>
                <w:color w:val="2A6BAA"/>
                <w:sz w:val="16"/>
              </w:rPr>
              <w:br/>
            </w:r>
            <w:r>
              <w:rPr>
                <w:b/>
                <w:color w:val="0B2C52"/>
                <w:sz w:val="23"/>
              </w:rPr>
              <w:t>Predstavljanje rezultata projekta i plenarna predavanja</w:t>
            </w:r>
          </w:p>
        </w:tc>
      </w:tr>
    </w:tbl>
    <w:p w14:paraId="405347E9" w14:textId="77777777" w:rsidR="00F15978" w:rsidRDefault="00F15978">
      <w:pPr>
        <w:spacing w:after="0"/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F15978" w14:paraId="510DC393" w14:textId="77777777">
        <w:trPr>
          <w:jc w:val="center"/>
        </w:trPr>
        <w:tc>
          <w:tcPr>
            <w:tcW w:w="5131" w:type="dxa"/>
            <w:shd w:val="clear" w:color="auto" w:fill="123E73"/>
            <w:tcMar>
              <w:top w:w="110" w:type="dxa"/>
              <w:left w:w="80" w:type="dxa"/>
              <w:bottom w:w="110" w:type="dxa"/>
              <w:right w:w="80" w:type="dxa"/>
            </w:tcMar>
          </w:tcPr>
          <w:p w14:paraId="55FA8B23" w14:textId="77777777" w:rsidR="00F15978" w:rsidRDefault="00000000">
            <w:pPr>
              <w:jc w:val="center"/>
            </w:pPr>
            <w:r>
              <w:rPr>
                <w:b/>
                <w:color w:val="FFFFFF"/>
                <w:sz w:val="36"/>
              </w:rPr>
              <w:t>02</w:t>
            </w:r>
          </w:p>
        </w:tc>
        <w:tc>
          <w:tcPr>
            <w:tcW w:w="5131" w:type="dxa"/>
            <w:shd w:val="clear" w:color="auto" w:fill="F2F6FA"/>
            <w:tcMar>
              <w:top w:w="90" w:type="dxa"/>
              <w:left w:w="140" w:type="dxa"/>
              <w:bottom w:w="90" w:type="dxa"/>
              <w:right w:w="120" w:type="dxa"/>
            </w:tcMar>
          </w:tcPr>
          <w:p w14:paraId="07B8A139" w14:textId="77777777" w:rsidR="00F15978" w:rsidRDefault="00000000">
            <w:r>
              <w:rPr>
                <w:b/>
                <w:color w:val="2A6BAA"/>
                <w:sz w:val="16"/>
              </w:rPr>
              <w:t>DRUGI DAN - 7. OKTOBAR</w:t>
            </w:r>
            <w:r>
              <w:rPr>
                <w:b/>
                <w:color w:val="2A6BAA"/>
                <w:sz w:val="16"/>
              </w:rPr>
              <w:br/>
            </w:r>
            <w:r>
              <w:rPr>
                <w:b/>
                <w:color w:val="0B2C52"/>
                <w:sz w:val="23"/>
              </w:rPr>
              <w:t>Usmena izlaganja i poster prezentacije prijavljenih autora</w:t>
            </w:r>
          </w:p>
        </w:tc>
      </w:tr>
    </w:tbl>
    <w:p w14:paraId="1814BD44" w14:textId="77777777" w:rsidR="00F15978" w:rsidRDefault="00F15978">
      <w:pPr>
        <w:spacing w:after="0"/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F15978" w14:paraId="52380909" w14:textId="77777777">
        <w:trPr>
          <w:cantSplit/>
        </w:trPr>
        <w:tc>
          <w:tcPr>
            <w:tcW w:w="5131" w:type="dxa"/>
            <w:shd w:val="clear" w:color="auto" w:fill="123E73"/>
            <w:tcMar>
              <w:top w:w="90" w:type="dxa"/>
              <w:left w:w="80" w:type="dxa"/>
              <w:bottom w:w="90" w:type="dxa"/>
              <w:right w:w="80" w:type="dxa"/>
            </w:tcMar>
          </w:tcPr>
          <w:p w14:paraId="6EAD8B87" w14:textId="796055A5" w:rsidR="00F15978" w:rsidRDefault="00000000">
            <w:pPr>
              <w:jc w:val="center"/>
            </w:pPr>
            <w:r>
              <w:rPr>
                <w:b/>
                <w:color w:val="FFFFFF"/>
                <w:sz w:val="44"/>
              </w:rPr>
              <w:t>0</w:t>
            </w:r>
            <w:r w:rsidR="0010717F">
              <w:rPr>
                <w:b/>
                <w:color w:val="FFFFFF"/>
                <w:sz w:val="44"/>
              </w:rPr>
              <w:t>3</w:t>
            </w:r>
          </w:p>
        </w:tc>
        <w:tc>
          <w:tcPr>
            <w:tcW w:w="5131" w:type="dxa"/>
            <w:tcMar>
              <w:top w:w="60" w:type="dxa"/>
              <w:left w:w="110" w:type="dxa"/>
              <w:bottom w:w="50" w:type="dxa"/>
              <w:right w:w="50" w:type="dxa"/>
            </w:tcMar>
          </w:tcPr>
          <w:p w14:paraId="12CEB23B" w14:textId="77777777" w:rsidR="00F15978" w:rsidRDefault="00000000">
            <w:r>
              <w:rPr>
                <w:b/>
                <w:color w:val="0B2C52"/>
                <w:sz w:val="34"/>
              </w:rPr>
              <w:t>TEMATSKE OBLASTI</w:t>
            </w:r>
          </w:p>
          <w:p w14:paraId="1E984266" w14:textId="77777777" w:rsidR="00F15978" w:rsidRDefault="00000000">
            <w:pPr>
              <w:spacing w:before="20"/>
            </w:pPr>
            <w:r>
              <w:rPr>
                <w:color w:val="5A6B7A"/>
                <w:sz w:val="19"/>
              </w:rPr>
              <w:t>Radovi mogu biti povezani sa jednom ili više oblasti</w:t>
            </w:r>
          </w:p>
        </w:tc>
      </w:tr>
    </w:tbl>
    <w:p w14:paraId="4ABF9122" w14:textId="77777777" w:rsidR="00F15978" w:rsidRDefault="00F15978">
      <w:pPr>
        <w:spacing w:after="0"/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F15978" w14:paraId="565FA5A3" w14:textId="77777777">
        <w:trPr>
          <w:jc w:val="center"/>
        </w:trPr>
        <w:tc>
          <w:tcPr>
            <w:tcW w:w="5131" w:type="dxa"/>
            <w:shd w:val="clear" w:color="auto" w:fill="F6F8FB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322FB0A6" w14:textId="77777777" w:rsidR="00F15978" w:rsidRDefault="00F15978"/>
          <w:p w14:paraId="6A98AE56" w14:textId="0F9E872D" w:rsidR="00F15978" w:rsidRDefault="00000000">
            <w:pPr>
              <w:spacing w:after="60" w:line="252" w:lineRule="auto"/>
              <w:ind w:left="198" w:hanging="142"/>
            </w:pPr>
            <w:r>
              <w:rPr>
                <w:b/>
                <w:color w:val="F5A000"/>
                <w:sz w:val="18"/>
              </w:rPr>
              <w:t xml:space="preserve">• </w:t>
            </w:r>
            <w:r>
              <w:rPr>
                <w:sz w:val="18"/>
              </w:rPr>
              <w:t>Veštačka inteligencija u obrazovanju</w:t>
            </w:r>
            <w:r w:rsidR="00967362">
              <w:rPr>
                <w:sz w:val="18"/>
              </w:rPr>
              <w:t xml:space="preserve"> (klasičnom i inkluzivnom)</w:t>
            </w:r>
          </w:p>
          <w:p w14:paraId="7E6517DE" w14:textId="77777777" w:rsidR="00F15978" w:rsidRDefault="00000000">
            <w:pPr>
              <w:spacing w:after="60" w:line="252" w:lineRule="auto"/>
              <w:ind w:left="198" w:hanging="142"/>
            </w:pPr>
            <w:r>
              <w:rPr>
                <w:b/>
                <w:color w:val="F5A000"/>
                <w:sz w:val="18"/>
              </w:rPr>
              <w:t xml:space="preserve">• </w:t>
            </w:r>
            <w:r>
              <w:rPr>
                <w:sz w:val="18"/>
              </w:rPr>
              <w:t>Digitalna transformacija usluga podrške osobama sa invaliditetom</w:t>
            </w:r>
          </w:p>
          <w:p w14:paraId="07519ECE" w14:textId="77777777" w:rsidR="00F15978" w:rsidRDefault="00000000">
            <w:pPr>
              <w:spacing w:after="60" w:line="252" w:lineRule="auto"/>
              <w:ind w:left="198" w:hanging="142"/>
            </w:pPr>
            <w:r>
              <w:rPr>
                <w:b/>
                <w:color w:val="F5A000"/>
                <w:sz w:val="18"/>
              </w:rPr>
              <w:t xml:space="preserve">• </w:t>
            </w:r>
            <w:r>
              <w:rPr>
                <w:sz w:val="18"/>
              </w:rPr>
              <w:t>AI alati u socijalnom radu i psihosocijalnoj podršci</w:t>
            </w:r>
          </w:p>
          <w:p w14:paraId="614601C0" w14:textId="77777777" w:rsidR="00F15978" w:rsidRDefault="00000000">
            <w:pPr>
              <w:spacing w:after="60" w:line="252" w:lineRule="auto"/>
              <w:ind w:left="198" w:hanging="142"/>
            </w:pPr>
            <w:r>
              <w:rPr>
                <w:b/>
                <w:color w:val="F5A000"/>
                <w:sz w:val="18"/>
              </w:rPr>
              <w:t xml:space="preserve">• </w:t>
            </w:r>
            <w:r>
              <w:rPr>
                <w:sz w:val="18"/>
              </w:rPr>
              <w:t>Digitalna inkluzija i smanjenje digitalnog jaza</w:t>
            </w:r>
          </w:p>
          <w:p w14:paraId="55BE1670" w14:textId="77777777" w:rsidR="00F15978" w:rsidRDefault="00000000">
            <w:pPr>
              <w:spacing w:after="60" w:line="252" w:lineRule="auto"/>
              <w:ind w:left="198" w:hanging="142"/>
            </w:pPr>
            <w:r>
              <w:rPr>
                <w:b/>
                <w:color w:val="F5A000"/>
                <w:sz w:val="18"/>
              </w:rPr>
              <w:t xml:space="preserve">• </w:t>
            </w:r>
            <w:r>
              <w:rPr>
                <w:sz w:val="18"/>
              </w:rPr>
              <w:t>Inovativni modeli učenja i stručnog usavršavanja</w:t>
            </w:r>
          </w:p>
          <w:p w14:paraId="786FB1E8" w14:textId="69E91111" w:rsidR="00F15978" w:rsidRDefault="00F15978">
            <w:pPr>
              <w:spacing w:after="60" w:line="252" w:lineRule="auto"/>
              <w:ind w:left="198" w:hanging="142"/>
            </w:pPr>
          </w:p>
        </w:tc>
        <w:tc>
          <w:tcPr>
            <w:tcW w:w="5131" w:type="dxa"/>
            <w:shd w:val="clear" w:color="auto" w:fill="F6F8FB"/>
            <w:tcMar>
              <w:top w:w="90" w:type="dxa"/>
              <w:left w:w="110" w:type="dxa"/>
              <w:bottom w:w="90" w:type="dxa"/>
              <w:right w:w="110" w:type="dxa"/>
            </w:tcMar>
          </w:tcPr>
          <w:p w14:paraId="70090EB5" w14:textId="77777777" w:rsidR="00F15978" w:rsidRDefault="00F15978"/>
          <w:p w14:paraId="268638A8" w14:textId="77777777" w:rsidR="00F15978" w:rsidRDefault="00000000">
            <w:pPr>
              <w:spacing w:after="60" w:line="252" w:lineRule="auto"/>
              <w:ind w:left="198" w:hanging="142"/>
            </w:pPr>
            <w:r>
              <w:rPr>
                <w:b/>
                <w:color w:val="F5A000"/>
                <w:sz w:val="18"/>
              </w:rPr>
              <w:t xml:space="preserve">• </w:t>
            </w:r>
            <w:r>
              <w:rPr>
                <w:sz w:val="18"/>
              </w:rPr>
              <w:t>AI u specijalnoj edukaciji i rehabilitaciji</w:t>
            </w:r>
          </w:p>
          <w:p w14:paraId="06384519" w14:textId="77777777" w:rsidR="00F15978" w:rsidRDefault="00000000">
            <w:pPr>
              <w:spacing w:after="60" w:line="252" w:lineRule="auto"/>
              <w:ind w:left="198" w:hanging="142"/>
            </w:pPr>
            <w:r>
              <w:rPr>
                <w:b/>
                <w:color w:val="F5A000"/>
                <w:sz w:val="18"/>
              </w:rPr>
              <w:t xml:space="preserve">• </w:t>
            </w:r>
            <w:r>
              <w:rPr>
                <w:sz w:val="18"/>
              </w:rPr>
              <w:t>Asistivne tehnologije, univerzalni dizajn i pristupačnost</w:t>
            </w:r>
          </w:p>
          <w:p w14:paraId="37BF8F2C" w14:textId="77777777" w:rsidR="00F15978" w:rsidRDefault="00000000">
            <w:pPr>
              <w:spacing w:after="60" w:line="252" w:lineRule="auto"/>
              <w:ind w:left="198" w:hanging="142"/>
            </w:pPr>
            <w:r>
              <w:rPr>
                <w:b/>
                <w:color w:val="F5A000"/>
                <w:sz w:val="18"/>
              </w:rPr>
              <w:t xml:space="preserve">• </w:t>
            </w:r>
            <w:r>
              <w:rPr>
                <w:sz w:val="18"/>
              </w:rPr>
              <w:t>Etika, bezbednost i odgovorna primena veštačke inteligencije</w:t>
            </w:r>
          </w:p>
          <w:p w14:paraId="4AE46293" w14:textId="77777777" w:rsidR="00F15978" w:rsidRDefault="00000000">
            <w:pPr>
              <w:spacing w:after="60" w:line="252" w:lineRule="auto"/>
              <w:ind w:left="198" w:hanging="142"/>
            </w:pPr>
            <w:r>
              <w:rPr>
                <w:b/>
                <w:color w:val="F5A000"/>
                <w:sz w:val="18"/>
              </w:rPr>
              <w:t xml:space="preserve">• </w:t>
            </w:r>
            <w:r>
              <w:rPr>
                <w:sz w:val="18"/>
              </w:rPr>
              <w:t>AI i razvoj profesionalnih kompetencija</w:t>
            </w:r>
          </w:p>
          <w:p w14:paraId="36A68834" w14:textId="77777777" w:rsidR="00F15978" w:rsidRDefault="00000000">
            <w:pPr>
              <w:spacing w:after="60" w:line="252" w:lineRule="auto"/>
              <w:ind w:left="198" w:hanging="142"/>
              <w:rPr>
                <w:sz w:val="18"/>
              </w:rPr>
            </w:pPr>
            <w:r>
              <w:rPr>
                <w:b/>
                <w:color w:val="F5A000"/>
                <w:sz w:val="18"/>
              </w:rPr>
              <w:t xml:space="preserve">• </w:t>
            </w:r>
            <w:r>
              <w:rPr>
                <w:sz w:val="18"/>
              </w:rPr>
              <w:t>Primeri dobre prakse primene AI tehnologija</w:t>
            </w:r>
          </w:p>
          <w:p w14:paraId="3DAB264C" w14:textId="77777777" w:rsidR="00967362" w:rsidRDefault="00967362" w:rsidP="00967362">
            <w:pPr>
              <w:spacing w:after="60" w:line="252" w:lineRule="auto"/>
              <w:ind w:left="198" w:hanging="142"/>
              <w:rPr>
                <w:sz w:val="18"/>
              </w:rPr>
            </w:pPr>
            <w:r>
              <w:rPr>
                <w:b/>
                <w:color w:val="F5A000"/>
                <w:sz w:val="18"/>
              </w:rPr>
              <w:t xml:space="preserve">• </w:t>
            </w:r>
            <w:r>
              <w:rPr>
                <w:sz w:val="18"/>
              </w:rPr>
              <w:t>AI, zdravlje, rehabilitacija</w:t>
            </w:r>
          </w:p>
          <w:p w14:paraId="2DC414D3" w14:textId="430F5135" w:rsidR="00F15978" w:rsidRDefault="00000000" w:rsidP="00967362">
            <w:pPr>
              <w:spacing w:after="60" w:line="252" w:lineRule="auto"/>
              <w:ind w:left="198" w:hanging="142"/>
            </w:pPr>
            <w:r>
              <w:rPr>
                <w:b/>
                <w:color w:val="F5A000"/>
                <w:sz w:val="18"/>
              </w:rPr>
              <w:t xml:space="preserve">• </w:t>
            </w:r>
            <w:r>
              <w:rPr>
                <w:sz w:val="18"/>
              </w:rPr>
              <w:t>AI u podršci mentalnom zdravlju i dobrobiti korisnika</w:t>
            </w:r>
          </w:p>
        </w:tc>
      </w:tr>
    </w:tbl>
    <w:p w14:paraId="2E6246E4" w14:textId="77777777" w:rsidR="00F15978" w:rsidRDefault="00F15978">
      <w:pPr>
        <w:sectPr w:rsidR="00F15978">
          <w:headerReference w:type="default" r:id="rId12"/>
          <w:footerReference w:type="default" r:id="rId13"/>
          <w:pgSz w:w="11906" w:h="16838"/>
          <w:pgMar w:top="680" w:right="822" w:bottom="709" w:left="822" w:header="340" w:footer="397" w:gutter="0"/>
          <w:cols w:space="720"/>
          <w:docGrid w:linePitch="360"/>
        </w:sect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F15978" w14:paraId="7C38472F" w14:textId="77777777">
        <w:trPr>
          <w:cantSplit/>
        </w:trPr>
        <w:tc>
          <w:tcPr>
            <w:tcW w:w="5131" w:type="dxa"/>
            <w:shd w:val="clear" w:color="auto" w:fill="123E73"/>
            <w:tcMar>
              <w:top w:w="90" w:type="dxa"/>
              <w:left w:w="80" w:type="dxa"/>
              <w:bottom w:w="90" w:type="dxa"/>
              <w:right w:w="80" w:type="dxa"/>
            </w:tcMar>
          </w:tcPr>
          <w:p w14:paraId="0B466928" w14:textId="67F789EA" w:rsidR="00F15978" w:rsidRDefault="00000000">
            <w:pPr>
              <w:jc w:val="center"/>
            </w:pPr>
            <w:r>
              <w:rPr>
                <w:b/>
                <w:color w:val="FFFFFF"/>
                <w:sz w:val="44"/>
              </w:rPr>
              <w:lastRenderedPageBreak/>
              <w:t>0</w:t>
            </w:r>
            <w:r w:rsidR="0010717F">
              <w:rPr>
                <w:b/>
                <w:color w:val="FFFFFF"/>
                <w:sz w:val="44"/>
              </w:rPr>
              <w:t>4</w:t>
            </w:r>
          </w:p>
        </w:tc>
        <w:tc>
          <w:tcPr>
            <w:tcW w:w="5131" w:type="dxa"/>
            <w:tcMar>
              <w:top w:w="60" w:type="dxa"/>
              <w:left w:w="110" w:type="dxa"/>
              <w:bottom w:w="50" w:type="dxa"/>
              <w:right w:w="50" w:type="dxa"/>
            </w:tcMar>
          </w:tcPr>
          <w:p w14:paraId="273CCC38" w14:textId="77777777" w:rsidR="00F15978" w:rsidRDefault="00000000">
            <w:r>
              <w:rPr>
                <w:b/>
                <w:color w:val="0B2C52"/>
                <w:sz w:val="34"/>
              </w:rPr>
              <w:t>ODBORI KONFERENCIJE</w:t>
            </w:r>
          </w:p>
          <w:p w14:paraId="62734C05" w14:textId="77777777" w:rsidR="00F15978" w:rsidRDefault="00000000">
            <w:pPr>
              <w:spacing w:before="20"/>
            </w:pPr>
            <w:r>
              <w:rPr>
                <w:color w:val="5A6B7A"/>
                <w:sz w:val="19"/>
              </w:rPr>
              <w:t>Međunarodni organizacioni i programski tim</w:t>
            </w:r>
          </w:p>
        </w:tc>
      </w:tr>
    </w:tbl>
    <w:p w14:paraId="160FE172" w14:textId="77777777" w:rsidR="00F15978" w:rsidRDefault="00F15978">
      <w:pPr>
        <w:spacing w:after="0"/>
      </w:pPr>
    </w:p>
    <w:tbl>
      <w:tblPr>
        <w:tblW w:w="10262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3251"/>
        <w:gridCol w:w="7011"/>
      </w:tblGrid>
      <w:tr w:rsidR="00F15978" w14:paraId="408BED78" w14:textId="77777777" w:rsidTr="007C558F">
        <w:trPr>
          <w:jc w:val="center"/>
        </w:trPr>
        <w:tc>
          <w:tcPr>
            <w:tcW w:w="3251" w:type="dxa"/>
            <w:tcBorders>
              <w:top w:val="single" w:sz="8" w:space="0" w:color="D5E1EC"/>
              <w:left w:val="single" w:sz="8" w:space="0" w:color="D5E1EC"/>
              <w:bottom w:val="single" w:sz="8" w:space="0" w:color="D5E1EC"/>
              <w:right w:val="single" w:sz="8" w:space="0" w:color="D5E1EC"/>
            </w:tcBorders>
            <w:shd w:val="clear" w:color="auto" w:fill="F6F8FB"/>
            <w:tcMar>
              <w:top w:w="170" w:type="dxa"/>
              <w:left w:w="190" w:type="dxa"/>
              <w:bottom w:w="150" w:type="dxa"/>
              <w:right w:w="190" w:type="dxa"/>
            </w:tcMar>
          </w:tcPr>
          <w:p w14:paraId="7A488031" w14:textId="77777777" w:rsidR="00F15978" w:rsidRDefault="00000000">
            <w:pPr>
              <w:spacing w:after="160"/>
              <w:jc w:val="center"/>
            </w:pPr>
            <w:r>
              <w:rPr>
                <w:b/>
                <w:color w:val="123E73"/>
                <w:sz w:val="25"/>
              </w:rPr>
              <w:t>ORGANIZACIONI ODBOR</w:t>
            </w:r>
          </w:p>
          <w:p w14:paraId="416DB6C7" w14:textId="347172B5" w:rsidR="000C74CF" w:rsidRDefault="00000000">
            <w:pPr>
              <w:spacing w:after="60" w:line="252" w:lineRule="auto"/>
              <w:rPr>
                <w:bCs/>
                <w:color w:val="0B2C52"/>
                <w:sz w:val="19"/>
              </w:rPr>
            </w:pPr>
            <w:r w:rsidRPr="007C558F">
              <w:rPr>
                <w:bCs/>
                <w:color w:val="0B2C52"/>
                <w:sz w:val="19"/>
              </w:rPr>
              <w:t>Veselin Medenica</w:t>
            </w:r>
          </w:p>
          <w:p w14:paraId="60E1D229" w14:textId="2544394E" w:rsidR="000C74CF" w:rsidRDefault="000C74CF">
            <w:pPr>
              <w:spacing w:after="60" w:line="252" w:lineRule="auto"/>
              <w:rPr>
                <w:bCs/>
                <w:color w:val="0B2C52"/>
                <w:sz w:val="19"/>
              </w:rPr>
            </w:pPr>
            <w:r>
              <w:rPr>
                <w:bCs/>
                <w:color w:val="0B2C52"/>
                <w:sz w:val="19"/>
              </w:rPr>
              <w:t>Emina Borjanić Bolić</w:t>
            </w:r>
          </w:p>
          <w:p w14:paraId="7FD39158" w14:textId="6F4008DF" w:rsidR="00F15978" w:rsidRDefault="00000000">
            <w:pPr>
              <w:spacing w:after="60" w:line="252" w:lineRule="auto"/>
            </w:pPr>
            <w:r>
              <w:rPr>
                <w:sz w:val="19"/>
              </w:rPr>
              <w:t>Lidija Ivanović</w:t>
            </w:r>
          </w:p>
          <w:p w14:paraId="727BE962" w14:textId="77777777" w:rsidR="00F15978" w:rsidRDefault="00000000">
            <w:pPr>
              <w:spacing w:after="60" w:line="252" w:lineRule="auto"/>
            </w:pPr>
            <w:r>
              <w:rPr>
                <w:sz w:val="19"/>
              </w:rPr>
              <w:t>Erika Morano</w:t>
            </w:r>
          </w:p>
          <w:p w14:paraId="16B53DBB" w14:textId="77777777" w:rsidR="00F15978" w:rsidRDefault="00000000">
            <w:pPr>
              <w:spacing w:after="60" w:line="252" w:lineRule="auto"/>
            </w:pPr>
            <w:r>
              <w:rPr>
                <w:sz w:val="19"/>
              </w:rPr>
              <w:t>Vanna Reda</w:t>
            </w:r>
          </w:p>
          <w:p w14:paraId="420DDC6A" w14:textId="77777777" w:rsidR="00F15978" w:rsidRDefault="00000000">
            <w:pPr>
              <w:spacing w:after="60" w:line="252" w:lineRule="auto"/>
            </w:pPr>
            <w:r>
              <w:rPr>
                <w:sz w:val="19"/>
              </w:rPr>
              <w:t>Miriam Toso</w:t>
            </w:r>
          </w:p>
          <w:p w14:paraId="28CDB22A" w14:textId="77777777" w:rsidR="00F15978" w:rsidRDefault="00000000">
            <w:pPr>
              <w:spacing w:after="60" w:line="252" w:lineRule="auto"/>
            </w:pPr>
            <w:r>
              <w:rPr>
                <w:sz w:val="19"/>
              </w:rPr>
              <w:t>Ramazan Akkurt</w:t>
            </w:r>
          </w:p>
          <w:p w14:paraId="7638BF0F" w14:textId="77777777" w:rsidR="00F15978" w:rsidRDefault="00000000">
            <w:pPr>
              <w:spacing w:after="60" w:line="252" w:lineRule="auto"/>
            </w:pPr>
            <w:r>
              <w:rPr>
                <w:sz w:val="19"/>
              </w:rPr>
              <w:t>Hakki Ayaz</w:t>
            </w:r>
          </w:p>
        </w:tc>
        <w:tc>
          <w:tcPr>
            <w:tcW w:w="7011" w:type="dxa"/>
            <w:tcBorders>
              <w:top w:val="single" w:sz="8" w:space="0" w:color="D5E1EC"/>
              <w:left w:val="single" w:sz="8" w:space="0" w:color="D5E1EC"/>
              <w:bottom w:val="single" w:sz="8" w:space="0" w:color="D5E1EC"/>
              <w:right w:val="single" w:sz="8" w:space="0" w:color="D5E1EC"/>
            </w:tcBorders>
            <w:shd w:val="clear" w:color="auto" w:fill="F6F8FB"/>
            <w:tcMar>
              <w:top w:w="170" w:type="dxa"/>
              <w:left w:w="190" w:type="dxa"/>
              <w:bottom w:w="150" w:type="dxa"/>
              <w:right w:w="190" w:type="dxa"/>
            </w:tcMar>
          </w:tcPr>
          <w:p w14:paraId="7A069F6D" w14:textId="77777777" w:rsidR="00F15978" w:rsidRDefault="00000000">
            <w:pPr>
              <w:spacing w:after="160"/>
              <w:jc w:val="center"/>
            </w:pPr>
            <w:r>
              <w:rPr>
                <w:b/>
                <w:color w:val="123E73"/>
                <w:sz w:val="25"/>
              </w:rPr>
              <w:t>PROGRAMSKI ODBOR</w:t>
            </w:r>
          </w:p>
          <w:p w14:paraId="6B1F17E6" w14:textId="281E2E7B" w:rsidR="00F15978" w:rsidRPr="002E7A77" w:rsidRDefault="00000000">
            <w:pPr>
              <w:spacing w:after="60" w:line="252" w:lineRule="auto"/>
              <w:rPr>
                <w:bCs/>
              </w:rPr>
            </w:pPr>
            <w:r w:rsidRPr="002E7A77">
              <w:rPr>
                <w:bCs/>
                <w:color w:val="0B2C52"/>
                <w:sz w:val="19"/>
              </w:rPr>
              <w:t>Prof. dr Veselin Medenica</w:t>
            </w:r>
            <w:r w:rsidR="002E7A77" w:rsidRPr="002E7A77">
              <w:rPr>
                <w:bCs/>
                <w:color w:val="0B2C52"/>
                <w:sz w:val="19"/>
              </w:rPr>
              <w:t>, Društvo terapeuta specijalne edukacije I rehabilitacije, Beograd, Srbija</w:t>
            </w:r>
          </w:p>
          <w:p w14:paraId="22E4C3C6" w14:textId="1A5E5729" w:rsidR="00F15978" w:rsidRDefault="00000000">
            <w:pPr>
              <w:spacing w:after="60" w:line="252" w:lineRule="auto"/>
            </w:pPr>
            <w:r>
              <w:rPr>
                <w:sz w:val="19"/>
              </w:rPr>
              <w:t>Prof. dr Neda Milošević</w:t>
            </w:r>
            <w:r w:rsidR="00967362">
              <w:rPr>
                <w:sz w:val="19"/>
              </w:rPr>
              <w:t>, Fakultet za humani razvoj, Beograd</w:t>
            </w:r>
            <w:r w:rsidR="002E7A77">
              <w:rPr>
                <w:sz w:val="19"/>
              </w:rPr>
              <w:t>, Srbija</w:t>
            </w:r>
          </w:p>
          <w:p w14:paraId="5C3B7DBF" w14:textId="5E758D4D" w:rsidR="007C558F" w:rsidRDefault="007C558F">
            <w:pPr>
              <w:spacing w:after="60" w:line="252" w:lineRule="auto"/>
              <w:rPr>
                <w:sz w:val="19"/>
              </w:rPr>
            </w:pPr>
            <w:r w:rsidRPr="007C558F">
              <w:rPr>
                <w:sz w:val="19"/>
              </w:rPr>
              <w:t>Prof. dr Dragan Rapaić</w:t>
            </w:r>
            <w:r>
              <w:rPr>
                <w:sz w:val="19"/>
              </w:rPr>
              <w:t>, Fakultet za specijalnu edukaciju i rehabilitaciju, Beograd</w:t>
            </w:r>
            <w:r w:rsidR="002E7A77">
              <w:rPr>
                <w:sz w:val="19"/>
              </w:rPr>
              <w:t>, Srbija</w:t>
            </w:r>
          </w:p>
          <w:p w14:paraId="0CD566F0" w14:textId="44B03C46" w:rsidR="00F15978" w:rsidRDefault="00000000">
            <w:pPr>
              <w:spacing w:after="60" w:line="252" w:lineRule="auto"/>
            </w:pPr>
            <w:r>
              <w:rPr>
                <w:sz w:val="19"/>
              </w:rPr>
              <w:t>Doc. dr Emina Borjanić Bolić</w:t>
            </w:r>
            <w:r w:rsidR="007C558F" w:rsidRPr="007C558F">
              <w:rPr>
                <w:sz w:val="19"/>
              </w:rPr>
              <w:t>, Fakultet za humani razvoj, Beograd</w:t>
            </w:r>
            <w:r w:rsidR="002E7A77">
              <w:rPr>
                <w:sz w:val="19"/>
              </w:rPr>
              <w:t>, Srbija</w:t>
            </w:r>
          </w:p>
          <w:p w14:paraId="71DAAAB9" w14:textId="4185EB15" w:rsidR="00F15978" w:rsidRDefault="00000000">
            <w:pPr>
              <w:spacing w:after="60" w:line="252" w:lineRule="auto"/>
              <w:rPr>
                <w:sz w:val="19"/>
              </w:rPr>
            </w:pPr>
            <w:r>
              <w:rPr>
                <w:sz w:val="19"/>
              </w:rPr>
              <w:t>Doc. dr Mikica Budimirović</w:t>
            </w:r>
            <w:r w:rsidR="007C558F" w:rsidRPr="007C558F">
              <w:rPr>
                <w:sz w:val="19"/>
              </w:rPr>
              <w:t>, Fakultet za humani razvoj, Beograd</w:t>
            </w:r>
            <w:r w:rsidR="002E7A77">
              <w:rPr>
                <w:sz w:val="19"/>
              </w:rPr>
              <w:t>, Srbija</w:t>
            </w:r>
          </w:p>
          <w:p w14:paraId="4DF734A9" w14:textId="7FD21361" w:rsidR="002E7A77" w:rsidRDefault="002E7A77" w:rsidP="002E7A77">
            <w:pPr>
              <w:spacing w:after="60" w:line="252" w:lineRule="auto"/>
            </w:pPr>
            <w:r>
              <w:rPr>
                <w:sz w:val="19"/>
              </w:rPr>
              <w:t>Doc. dr Aleksandra Pavić Panić</w:t>
            </w:r>
            <w:r w:rsidRPr="007C558F">
              <w:rPr>
                <w:sz w:val="19"/>
              </w:rPr>
              <w:t>, Fakultet za humani razvoj, Beograd</w:t>
            </w:r>
            <w:r>
              <w:rPr>
                <w:sz w:val="19"/>
              </w:rPr>
              <w:t>, Srbija</w:t>
            </w:r>
          </w:p>
          <w:p w14:paraId="2E921CB0" w14:textId="4E980B50" w:rsidR="00F15978" w:rsidRDefault="00554CB7" w:rsidP="00E23FE8">
            <w:pPr>
              <w:spacing w:after="60" w:line="252" w:lineRule="auto"/>
            </w:pPr>
            <w:r>
              <w:rPr>
                <w:sz w:val="19"/>
              </w:rPr>
              <w:t>Dr Igor Popović</w:t>
            </w:r>
            <w:r w:rsidR="002E7A77">
              <w:rPr>
                <w:sz w:val="19"/>
              </w:rPr>
              <w:t xml:space="preserve">, </w:t>
            </w:r>
            <w:r w:rsidR="00E23FE8" w:rsidRPr="00E23FE8">
              <w:rPr>
                <w:sz w:val="19"/>
              </w:rPr>
              <w:t>Specijalno</w:t>
            </w:r>
            <w:r w:rsidR="00E23FE8">
              <w:rPr>
                <w:sz w:val="19"/>
              </w:rPr>
              <w:t>a</w:t>
            </w:r>
            <w:r w:rsidR="00E23FE8" w:rsidRPr="00E23FE8">
              <w:rPr>
                <w:sz w:val="19"/>
              </w:rPr>
              <w:t xml:space="preserve"> bolnic</w:t>
            </w:r>
            <w:r w:rsidR="00E23FE8">
              <w:rPr>
                <w:sz w:val="19"/>
              </w:rPr>
              <w:t>a</w:t>
            </w:r>
            <w:r w:rsidR="00E23FE8" w:rsidRPr="00E23FE8">
              <w:rPr>
                <w:sz w:val="19"/>
              </w:rPr>
              <w:t xml:space="preserve"> za rehabilitaciju </w:t>
            </w:r>
            <w:r>
              <w:rPr>
                <w:sz w:val="19"/>
              </w:rPr>
              <w:t xml:space="preserve">i </w:t>
            </w:r>
            <w:r w:rsidR="00E23FE8" w:rsidRPr="00E23FE8">
              <w:rPr>
                <w:sz w:val="19"/>
              </w:rPr>
              <w:t>ortopedsku protetiku</w:t>
            </w:r>
            <w:r w:rsidR="00E23FE8">
              <w:rPr>
                <w:sz w:val="19"/>
              </w:rPr>
              <w:t>,</w:t>
            </w:r>
            <w:r w:rsidR="00E23FE8" w:rsidRPr="00E23FE8">
              <w:rPr>
                <w:sz w:val="19"/>
              </w:rPr>
              <w:t xml:space="preserve"> Beograd</w:t>
            </w:r>
            <w:r w:rsidR="00E23FE8">
              <w:rPr>
                <w:sz w:val="19"/>
              </w:rPr>
              <w:t>, Srbija</w:t>
            </w:r>
          </w:p>
          <w:p w14:paraId="1D97DCBA" w14:textId="03589CBB" w:rsidR="00F15978" w:rsidRDefault="002E7A77">
            <w:pPr>
              <w:spacing w:after="60" w:line="252" w:lineRule="auto"/>
            </w:pPr>
            <w:r>
              <w:rPr>
                <w:sz w:val="19"/>
              </w:rPr>
              <w:t>dr Srećko Potić, prof. strukovnih studija,Visoka medicinska škola “Milutin Milanković”, Beograd, Srbija</w:t>
            </w:r>
          </w:p>
          <w:p w14:paraId="7EC3E451" w14:textId="3DBA5EE0" w:rsidR="00F15978" w:rsidRDefault="00000000">
            <w:pPr>
              <w:spacing w:after="60" w:line="252" w:lineRule="auto"/>
            </w:pPr>
            <w:r>
              <w:rPr>
                <w:sz w:val="19"/>
              </w:rPr>
              <w:t>Marko Bursać</w:t>
            </w:r>
            <w:r w:rsidR="000C74CF">
              <w:rPr>
                <w:sz w:val="19"/>
              </w:rPr>
              <w:t xml:space="preserve">, </w:t>
            </w:r>
            <w:r w:rsidR="000C74CF" w:rsidRPr="000C74CF">
              <w:rPr>
                <w:sz w:val="19"/>
              </w:rPr>
              <w:t>Akademija tehničko-umetničkih strukovnih studija</w:t>
            </w:r>
            <w:r w:rsidR="000C74CF">
              <w:rPr>
                <w:sz w:val="19"/>
              </w:rPr>
              <w:t>,</w:t>
            </w:r>
            <w:r w:rsidR="000C74CF" w:rsidRPr="000C74CF">
              <w:rPr>
                <w:sz w:val="19"/>
              </w:rPr>
              <w:t xml:space="preserve"> Beograd</w:t>
            </w:r>
          </w:p>
          <w:p w14:paraId="3C1AFD06" w14:textId="34184660" w:rsidR="00F15978" w:rsidRDefault="00000000">
            <w:pPr>
              <w:spacing w:after="60" w:line="252" w:lineRule="auto"/>
            </w:pPr>
            <w:r>
              <w:rPr>
                <w:sz w:val="19"/>
              </w:rPr>
              <w:t>Erika Morano</w:t>
            </w:r>
            <w:r w:rsidR="007C558F">
              <w:rPr>
                <w:sz w:val="19"/>
              </w:rPr>
              <w:t>, Ondamind APS, Italija</w:t>
            </w:r>
          </w:p>
          <w:p w14:paraId="7269A3EC" w14:textId="7EB0F4EF" w:rsidR="00F15978" w:rsidRDefault="00000000">
            <w:pPr>
              <w:spacing w:after="60" w:line="252" w:lineRule="auto"/>
            </w:pPr>
            <w:r>
              <w:rPr>
                <w:sz w:val="19"/>
              </w:rPr>
              <w:t>Vanna Reda</w:t>
            </w:r>
            <w:r w:rsidR="007C558F" w:rsidRPr="007C558F">
              <w:rPr>
                <w:sz w:val="19"/>
              </w:rPr>
              <w:t>, Ondamind APS, Italija</w:t>
            </w:r>
          </w:p>
          <w:p w14:paraId="59C27F48" w14:textId="30FA5AB4" w:rsidR="00F15978" w:rsidRDefault="00000000">
            <w:pPr>
              <w:spacing w:after="60" w:line="252" w:lineRule="auto"/>
            </w:pPr>
            <w:r>
              <w:rPr>
                <w:sz w:val="19"/>
              </w:rPr>
              <w:t>Miriam Toso</w:t>
            </w:r>
            <w:r w:rsidR="007C558F" w:rsidRPr="007C558F">
              <w:rPr>
                <w:sz w:val="19"/>
              </w:rPr>
              <w:t>, Ondamind APS, Italija</w:t>
            </w:r>
          </w:p>
          <w:p w14:paraId="1599D263" w14:textId="5E80DEF7" w:rsidR="00F15978" w:rsidRDefault="00000000">
            <w:pPr>
              <w:spacing w:after="60" w:line="252" w:lineRule="auto"/>
            </w:pPr>
            <w:r>
              <w:rPr>
                <w:sz w:val="19"/>
              </w:rPr>
              <w:t>Ramazan Akkurt</w:t>
            </w:r>
            <w:r w:rsidR="007C558F">
              <w:rPr>
                <w:sz w:val="19"/>
              </w:rPr>
              <w:t>, Artika</w:t>
            </w:r>
            <w:r w:rsidR="00105BCC">
              <w:rPr>
                <w:sz w:val="19"/>
              </w:rPr>
              <w:t xml:space="preserve"> i</w:t>
            </w:r>
            <w:r w:rsidR="00105BCC" w:rsidRPr="00105BCC">
              <w:rPr>
                <w:sz w:val="19"/>
              </w:rPr>
              <w:t xml:space="preserve"> Akşehir Martyr Osman Aydoğan Public Education Center</w:t>
            </w:r>
            <w:r w:rsidR="00105BCC">
              <w:rPr>
                <w:sz w:val="19"/>
              </w:rPr>
              <w:t xml:space="preserve">, </w:t>
            </w:r>
            <w:r w:rsidR="007C558F">
              <w:rPr>
                <w:sz w:val="19"/>
              </w:rPr>
              <w:t>Turska</w:t>
            </w:r>
          </w:p>
          <w:p w14:paraId="4928E2A7" w14:textId="5DD35061" w:rsidR="00F15978" w:rsidRDefault="00000000">
            <w:pPr>
              <w:spacing w:after="60" w:line="252" w:lineRule="auto"/>
            </w:pPr>
            <w:r>
              <w:rPr>
                <w:sz w:val="19"/>
              </w:rPr>
              <w:t>Hakki Ayaz</w:t>
            </w:r>
            <w:r w:rsidR="007C558F">
              <w:rPr>
                <w:sz w:val="19"/>
              </w:rPr>
              <w:t>, Gobey Academy, Nemačka</w:t>
            </w:r>
          </w:p>
        </w:tc>
      </w:tr>
    </w:tbl>
    <w:p w14:paraId="5321F566" w14:textId="77777777" w:rsidR="00F15978" w:rsidRDefault="00F15978">
      <w:pPr>
        <w:spacing w:after="20"/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0262"/>
      </w:tblGrid>
      <w:tr w:rsidR="00F15978" w14:paraId="6453BEA0" w14:textId="77777777">
        <w:trPr>
          <w:jc w:val="center"/>
        </w:trPr>
        <w:tc>
          <w:tcPr>
            <w:tcW w:w="10262" w:type="dxa"/>
            <w:shd w:val="clear" w:color="auto" w:fill="EAF2F8"/>
            <w:tcMar>
              <w:top w:w="115" w:type="dxa"/>
              <w:left w:w="130" w:type="dxa"/>
              <w:bottom w:w="115" w:type="dxa"/>
              <w:right w:w="130" w:type="dxa"/>
            </w:tcMar>
          </w:tcPr>
          <w:p w14:paraId="58D03DF8" w14:textId="77777777" w:rsidR="00F15978" w:rsidRDefault="00000000">
            <w:pPr>
              <w:jc w:val="center"/>
            </w:pPr>
            <w:r>
              <w:rPr>
                <w:b/>
                <w:color w:val="2A6BAA"/>
                <w:sz w:val="17"/>
              </w:rPr>
              <w:t>PROJEKTNO PARTNERSTVO</w:t>
            </w:r>
          </w:p>
          <w:p w14:paraId="47E62CDC" w14:textId="77777777" w:rsidR="00F15978" w:rsidRDefault="00000000">
            <w:pPr>
              <w:spacing w:before="80"/>
              <w:jc w:val="center"/>
            </w:pPr>
            <w:r>
              <w:rPr>
                <w:noProof/>
              </w:rPr>
              <w:drawing>
                <wp:inline distT="0" distB="0" distL="0" distR="0" wp14:anchorId="3E89CE49" wp14:editId="47BB8A08">
                  <wp:extent cx="5220000" cy="104671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05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0" cy="104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4DDA2" w14:textId="77777777" w:rsidR="00F15978" w:rsidRDefault="00F15978">
      <w:pPr>
        <w:sectPr w:rsidR="00F15978">
          <w:headerReference w:type="default" r:id="rId15"/>
          <w:footerReference w:type="default" r:id="rId16"/>
          <w:pgSz w:w="11906" w:h="16838"/>
          <w:pgMar w:top="680" w:right="822" w:bottom="709" w:left="822" w:header="340" w:footer="397" w:gutter="0"/>
          <w:cols w:space="720"/>
          <w:docGrid w:linePitch="360"/>
        </w:sect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F15978" w14:paraId="752C4552" w14:textId="77777777">
        <w:trPr>
          <w:cantSplit/>
        </w:trPr>
        <w:tc>
          <w:tcPr>
            <w:tcW w:w="5131" w:type="dxa"/>
            <w:shd w:val="clear" w:color="auto" w:fill="123E73"/>
            <w:tcMar>
              <w:top w:w="90" w:type="dxa"/>
              <w:left w:w="80" w:type="dxa"/>
              <w:bottom w:w="90" w:type="dxa"/>
              <w:right w:w="80" w:type="dxa"/>
            </w:tcMar>
          </w:tcPr>
          <w:p w14:paraId="4A778411" w14:textId="31C25EA4" w:rsidR="00F15978" w:rsidRDefault="00000000">
            <w:pPr>
              <w:jc w:val="center"/>
            </w:pPr>
            <w:r>
              <w:rPr>
                <w:b/>
                <w:color w:val="FFFFFF"/>
                <w:sz w:val="44"/>
              </w:rPr>
              <w:lastRenderedPageBreak/>
              <w:t>0</w:t>
            </w:r>
            <w:r w:rsidR="0010717F">
              <w:rPr>
                <w:b/>
                <w:color w:val="FFFFFF"/>
                <w:sz w:val="44"/>
              </w:rPr>
              <w:t>5</w:t>
            </w:r>
          </w:p>
        </w:tc>
        <w:tc>
          <w:tcPr>
            <w:tcW w:w="5131" w:type="dxa"/>
            <w:tcMar>
              <w:top w:w="60" w:type="dxa"/>
              <w:left w:w="110" w:type="dxa"/>
              <w:bottom w:w="50" w:type="dxa"/>
              <w:right w:w="50" w:type="dxa"/>
            </w:tcMar>
          </w:tcPr>
          <w:p w14:paraId="66124F86" w14:textId="77777777" w:rsidR="00F15978" w:rsidRDefault="00000000">
            <w:r>
              <w:rPr>
                <w:b/>
                <w:color w:val="0B2C52"/>
                <w:sz w:val="34"/>
              </w:rPr>
              <w:t>UPUTSTVO ZA PRIPREMU APSTRAKTA</w:t>
            </w:r>
          </w:p>
          <w:p w14:paraId="6781AF3A" w14:textId="5B8D174A" w:rsidR="00F15978" w:rsidRDefault="00000000">
            <w:pPr>
              <w:spacing w:before="20"/>
            </w:pPr>
            <w:r>
              <w:rPr>
                <w:color w:val="5A6B7A"/>
                <w:sz w:val="19"/>
              </w:rPr>
              <w:t>Apstrakte pripremiti u skladu sa APA 7 standardom</w:t>
            </w:r>
            <w:r w:rsidR="0010717F">
              <w:rPr>
                <w:color w:val="5A6B7A"/>
                <w:sz w:val="19"/>
              </w:rPr>
              <w:t xml:space="preserve"> </w:t>
            </w:r>
            <w:r w:rsidR="0010717F" w:rsidRPr="00194C8C">
              <w:rPr>
                <w:b/>
                <w:bCs/>
                <w:color w:val="5A6B7A"/>
                <w:sz w:val="19"/>
              </w:rPr>
              <w:t>u okviru templejta koji je sastavni deo prijave.</w:t>
            </w:r>
          </w:p>
        </w:tc>
      </w:tr>
    </w:tbl>
    <w:p w14:paraId="3E6C414B" w14:textId="77777777" w:rsidR="00F15978" w:rsidRDefault="00F15978">
      <w:pPr>
        <w:spacing w:after="0"/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21"/>
        <w:gridCol w:w="3421"/>
        <w:gridCol w:w="3421"/>
      </w:tblGrid>
      <w:tr w:rsidR="00F15978" w14:paraId="7CA63A92" w14:textId="77777777">
        <w:trPr>
          <w:jc w:val="center"/>
        </w:trPr>
        <w:tc>
          <w:tcPr>
            <w:tcW w:w="3421" w:type="dxa"/>
            <w:tcBorders>
              <w:top w:val="single" w:sz="6" w:space="0" w:color="D5E1EC"/>
              <w:left w:val="single" w:sz="6" w:space="0" w:color="D5E1EC"/>
              <w:bottom w:val="single" w:sz="6" w:space="0" w:color="D5E1EC"/>
              <w:right w:val="single" w:sz="6" w:space="0" w:color="D5E1EC"/>
            </w:tcBorders>
            <w:shd w:val="clear" w:color="auto" w:fill="F6F8FB"/>
            <w:tcMar>
              <w:top w:w="100" w:type="dxa"/>
              <w:left w:w="110" w:type="dxa"/>
              <w:bottom w:w="100" w:type="dxa"/>
              <w:right w:w="110" w:type="dxa"/>
            </w:tcMar>
          </w:tcPr>
          <w:p w14:paraId="5A11A04E" w14:textId="77777777" w:rsidR="00F15978" w:rsidRDefault="00000000">
            <w:pPr>
              <w:jc w:val="center"/>
            </w:pPr>
            <w:r>
              <w:rPr>
                <w:b/>
                <w:color w:val="2A6BAA"/>
                <w:sz w:val="16"/>
              </w:rPr>
              <w:t>JEZIK</w:t>
            </w:r>
            <w:r>
              <w:rPr>
                <w:b/>
                <w:color w:val="2A6BAA"/>
                <w:sz w:val="16"/>
              </w:rPr>
              <w:br/>
            </w:r>
            <w:r>
              <w:rPr>
                <w:b/>
                <w:color w:val="0B2C52"/>
                <w:sz w:val="20"/>
              </w:rPr>
              <w:t>srpski ili engleski</w:t>
            </w:r>
          </w:p>
        </w:tc>
        <w:tc>
          <w:tcPr>
            <w:tcW w:w="3421" w:type="dxa"/>
            <w:tcBorders>
              <w:top w:val="single" w:sz="6" w:space="0" w:color="D5E1EC"/>
              <w:left w:val="single" w:sz="6" w:space="0" w:color="D5E1EC"/>
              <w:bottom w:val="single" w:sz="6" w:space="0" w:color="D5E1EC"/>
              <w:right w:val="single" w:sz="6" w:space="0" w:color="D5E1EC"/>
            </w:tcBorders>
            <w:shd w:val="clear" w:color="auto" w:fill="EAF2F8"/>
            <w:tcMar>
              <w:top w:w="100" w:type="dxa"/>
              <w:left w:w="110" w:type="dxa"/>
              <w:bottom w:w="100" w:type="dxa"/>
              <w:right w:w="110" w:type="dxa"/>
            </w:tcMar>
          </w:tcPr>
          <w:p w14:paraId="713FA3CE" w14:textId="77777777" w:rsidR="00F15978" w:rsidRDefault="00000000">
            <w:pPr>
              <w:jc w:val="center"/>
            </w:pPr>
            <w:r>
              <w:rPr>
                <w:b/>
                <w:color w:val="2A6BAA"/>
                <w:sz w:val="16"/>
              </w:rPr>
              <w:t>DUŽINA</w:t>
            </w:r>
            <w:r>
              <w:rPr>
                <w:b/>
                <w:color w:val="2A6BAA"/>
                <w:sz w:val="16"/>
              </w:rPr>
              <w:br/>
            </w:r>
            <w:r>
              <w:rPr>
                <w:b/>
                <w:color w:val="0B2C52"/>
                <w:sz w:val="20"/>
              </w:rPr>
              <w:t>300-500 reči, bez literature</w:t>
            </w:r>
          </w:p>
        </w:tc>
        <w:tc>
          <w:tcPr>
            <w:tcW w:w="3421" w:type="dxa"/>
            <w:tcBorders>
              <w:top w:val="single" w:sz="6" w:space="0" w:color="D5E1EC"/>
              <w:left w:val="single" w:sz="6" w:space="0" w:color="D5E1EC"/>
              <w:bottom w:val="single" w:sz="6" w:space="0" w:color="D5E1EC"/>
              <w:right w:val="single" w:sz="6" w:space="0" w:color="D5E1EC"/>
            </w:tcBorders>
            <w:shd w:val="clear" w:color="auto" w:fill="F6F8FB"/>
            <w:tcMar>
              <w:top w:w="100" w:type="dxa"/>
              <w:left w:w="110" w:type="dxa"/>
              <w:bottom w:w="100" w:type="dxa"/>
              <w:right w:w="110" w:type="dxa"/>
            </w:tcMar>
          </w:tcPr>
          <w:p w14:paraId="317BFD03" w14:textId="77777777" w:rsidR="00F15978" w:rsidRDefault="00000000">
            <w:pPr>
              <w:jc w:val="center"/>
            </w:pPr>
            <w:r>
              <w:rPr>
                <w:b/>
                <w:color w:val="2A6BAA"/>
                <w:sz w:val="16"/>
              </w:rPr>
              <w:t>FONT</w:t>
            </w:r>
            <w:r>
              <w:rPr>
                <w:b/>
                <w:color w:val="2A6BAA"/>
                <w:sz w:val="16"/>
              </w:rPr>
              <w:br/>
            </w:r>
            <w:r>
              <w:rPr>
                <w:b/>
                <w:color w:val="0B2C52"/>
                <w:sz w:val="20"/>
              </w:rPr>
              <w:t>Times New Roman, 12 pt</w:t>
            </w:r>
          </w:p>
        </w:tc>
      </w:tr>
      <w:tr w:rsidR="00F15978" w14:paraId="636D40E1" w14:textId="77777777">
        <w:trPr>
          <w:jc w:val="center"/>
        </w:trPr>
        <w:tc>
          <w:tcPr>
            <w:tcW w:w="3421" w:type="dxa"/>
            <w:tcBorders>
              <w:top w:val="single" w:sz="6" w:space="0" w:color="D5E1EC"/>
              <w:left w:val="single" w:sz="6" w:space="0" w:color="D5E1EC"/>
              <w:bottom w:val="single" w:sz="6" w:space="0" w:color="D5E1EC"/>
              <w:right w:val="single" w:sz="6" w:space="0" w:color="D5E1EC"/>
            </w:tcBorders>
            <w:shd w:val="clear" w:color="auto" w:fill="EAF2F8"/>
            <w:tcMar>
              <w:top w:w="100" w:type="dxa"/>
              <w:left w:w="110" w:type="dxa"/>
              <w:bottom w:w="100" w:type="dxa"/>
              <w:right w:w="110" w:type="dxa"/>
            </w:tcMar>
          </w:tcPr>
          <w:p w14:paraId="1021F51E" w14:textId="77777777" w:rsidR="00F15978" w:rsidRDefault="00000000">
            <w:pPr>
              <w:jc w:val="center"/>
            </w:pPr>
            <w:r>
              <w:rPr>
                <w:b/>
                <w:color w:val="2A6BAA"/>
                <w:sz w:val="16"/>
              </w:rPr>
              <w:t>PRORED</w:t>
            </w:r>
            <w:r>
              <w:rPr>
                <w:b/>
                <w:color w:val="2A6BAA"/>
                <w:sz w:val="16"/>
              </w:rPr>
              <w:br/>
            </w:r>
            <w:r>
              <w:rPr>
                <w:b/>
                <w:color w:val="0B2C52"/>
                <w:sz w:val="20"/>
              </w:rPr>
              <w:t>1,5</w:t>
            </w:r>
          </w:p>
        </w:tc>
        <w:tc>
          <w:tcPr>
            <w:tcW w:w="3421" w:type="dxa"/>
            <w:tcBorders>
              <w:top w:val="single" w:sz="6" w:space="0" w:color="D5E1EC"/>
              <w:left w:val="single" w:sz="6" w:space="0" w:color="D5E1EC"/>
              <w:bottom w:val="single" w:sz="6" w:space="0" w:color="D5E1EC"/>
              <w:right w:val="single" w:sz="6" w:space="0" w:color="D5E1EC"/>
            </w:tcBorders>
            <w:shd w:val="clear" w:color="auto" w:fill="F6F8FB"/>
            <w:tcMar>
              <w:top w:w="100" w:type="dxa"/>
              <w:left w:w="110" w:type="dxa"/>
              <w:bottom w:w="100" w:type="dxa"/>
              <w:right w:w="110" w:type="dxa"/>
            </w:tcMar>
          </w:tcPr>
          <w:p w14:paraId="01C53FF7" w14:textId="77777777" w:rsidR="00F15978" w:rsidRDefault="00000000">
            <w:pPr>
              <w:jc w:val="center"/>
            </w:pPr>
            <w:r>
              <w:rPr>
                <w:b/>
                <w:color w:val="2A6BAA"/>
                <w:sz w:val="16"/>
              </w:rPr>
              <w:t>PORAVNANJE</w:t>
            </w:r>
            <w:r>
              <w:rPr>
                <w:b/>
                <w:color w:val="2A6BAA"/>
                <w:sz w:val="16"/>
              </w:rPr>
              <w:br/>
            </w:r>
            <w:r>
              <w:rPr>
                <w:b/>
                <w:color w:val="0B2C52"/>
                <w:sz w:val="20"/>
              </w:rPr>
              <w:t>obostrano (Justify)</w:t>
            </w:r>
          </w:p>
        </w:tc>
        <w:tc>
          <w:tcPr>
            <w:tcW w:w="3421" w:type="dxa"/>
            <w:tcBorders>
              <w:top w:val="single" w:sz="6" w:space="0" w:color="D5E1EC"/>
              <w:left w:val="single" w:sz="6" w:space="0" w:color="D5E1EC"/>
              <w:bottom w:val="single" w:sz="6" w:space="0" w:color="D5E1EC"/>
              <w:right w:val="single" w:sz="6" w:space="0" w:color="D5E1EC"/>
            </w:tcBorders>
            <w:shd w:val="clear" w:color="auto" w:fill="EAF2F8"/>
            <w:tcMar>
              <w:top w:w="100" w:type="dxa"/>
              <w:left w:w="110" w:type="dxa"/>
              <w:bottom w:w="100" w:type="dxa"/>
              <w:right w:w="110" w:type="dxa"/>
            </w:tcMar>
          </w:tcPr>
          <w:p w14:paraId="0733A5D3" w14:textId="77777777" w:rsidR="00F15978" w:rsidRDefault="00000000">
            <w:pPr>
              <w:jc w:val="center"/>
            </w:pPr>
            <w:r>
              <w:rPr>
                <w:b/>
                <w:color w:val="2A6BAA"/>
                <w:sz w:val="16"/>
              </w:rPr>
              <w:t>KLJUČNE REČI</w:t>
            </w:r>
            <w:r>
              <w:rPr>
                <w:b/>
                <w:color w:val="2A6BAA"/>
                <w:sz w:val="16"/>
              </w:rPr>
              <w:br/>
            </w:r>
            <w:r>
              <w:rPr>
                <w:b/>
                <w:color w:val="0B2C52"/>
                <w:sz w:val="20"/>
              </w:rPr>
              <w:t>3-5 ključnih reči</w:t>
            </w:r>
          </w:p>
        </w:tc>
      </w:tr>
    </w:tbl>
    <w:p w14:paraId="715EF588" w14:textId="77777777" w:rsidR="00F15978" w:rsidRDefault="00F15978">
      <w:pPr>
        <w:spacing w:after="20"/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0262"/>
      </w:tblGrid>
      <w:tr w:rsidR="00F15978" w14:paraId="51AA088E" w14:textId="77777777">
        <w:trPr>
          <w:cantSplit/>
          <w:jc w:val="center"/>
        </w:trPr>
        <w:tc>
          <w:tcPr>
            <w:tcW w:w="10262" w:type="dxa"/>
            <w:tcBorders>
              <w:left w:val="single" w:sz="18" w:space="0" w:color="F5A000"/>
            </w:tcBorders>
            <w:shd w:val="clear" w:color="auto" w:fill="EAF2F8"/>
            <w:tcMar>
              <w:top w:w="70" w:type="dxa"/>
              <w:left w:w="140" w:type="dxa"/>
              <w:bottom w:w="70" w:type="dxa"/>
              <w:right w:w="140" w:type="dxa"/>
            </w:tcMar>
          </w:tcPr>
          <w:p w14:paraId="62FE5259" w14:textId="77777777" w:rsidR="00F15978" w:rsidRDefault="00000000">
            <w:r>
              <w:rPr>
                <w:b/>
                <w:color w:val="123E73"/>
                <w:sz w:val="19"/>
              </w:rPr>
              <w:t xml:space="preserve">Naslov rada: </w:t>
            </w:r>
            <w:r>
              <w:rPr>
                <w:sz w:val="19"/>
              </w:rPr>
              <w:t>podebljan, centriran, jasan i precizan; treba da odražava sadržaj rada.</w:t>
            </w:r>
          </w:p>
        </w:tc>
      </w:tr>
    </w:tbl>
    <w:p w14:paraId="031722D4" w14:textId="77777777" w:rsidR="00F15978" w:rsidRDefault="00000000">
      <w:pPr>
        <w:spacing w:after="0" w:line="48" w:lineRule="auto"/>
      </w:pPr>
      <w:r>
        <w:rPr>
          <w:color w:val="FFFFFF"/>
          <w:sz w:val="4"/>
        </w:rPr>
        <w:t xml:space="preserve"> 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0262"/>
      </w:tblGrid>
      <w:tr w:rsidR="00F15978" w14:paraId="7571A564" w14:textId="77777777">
        <w:trPr>
          <w:cantSplit/>
          <w:jc w:val="center"/>
        </w:trPr>
        <w:tc>
          <w:tcPr>
            <w:tcW w:w="10262" w:type="dxa"/>
            <w:tcBorders>
              <w:left w:val="single" w:sz="18" w:space="0" w:color="F5A000"/>
            </w:tcBorders>
            <w:shd w:val="clear" w:color="auto" w:fill="F7F9FC"/>
            <w:tcMar>
              <w:top w:w="70" w:type="dxa"/>
              <w:left w:w="140" w:type="dxa"/>
              <w:bottom w:w="70" w:type="dxa"/>
              <w:right w:w="140" w:type="dxa"/>
            </w:tcMar>
          </w:tcPr>
          <w:p w14:paraId="299FE06E" w14:textId="77777777" w:rsidR="00F15978" w:rsidRDefault="00000000">
            <w:r>
              <w:rPr>
                <w:b/>
                <w:color w:val="123E73"/>
                <w:sz w:val="19"/>
              </w:rPr>
              <w:t xml:space="preserve">Autori: </w:t>
            </w:r>
            <w:r>
              <w:rPr>
                <w:sz w:val="19"/>
              </w:rPr>
              <w:t>imena autora navesti ispod naslova, a zatim instituciju, grad i državu za svakog autora.</w:t>
            </w:r>
          </w:p>
        </w:tc>
      </w:tr>
    </w:tbl>
    <w:p w14:paraId="23E2DE79" w14:textId="77777777" w:rsidR="00F15978" w:rsidRDefault="00000000">
      <w:pPr>
        <w:spacing w:after="0" w:line="48" w:lineRule="auto"/>
      </w:pPr>
      <w:r>
        <w:rPr>
          <w:color w:val="FFFFFF"/>
          <w:sz w:val="4"/>
        </w:rPr>
        <w:t xml:space="preserve"> 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0262"/>
      </w:tblGrid>
      <w:tr w:rsidR="00F15978" w14:paraId="417979F7" w14:textId="77777777">
        <w:trPr>
          <w:jc w:val="center"/>
        </w:trPr>
        <w:tc>
          <w:tcPr>
            <w:tcW w:w="10262" w:type="dxa"/>
            <w:shd w:val="clear" w:color="auto" w:fill="123E73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517D8639" w14:textId="77777777" w:rsidR="00F15978" w:rsidRDefault="00000000">
            <w:pPr>
              <w:jc w:val="center"/>
            </w:pPr>
            <w:r>
              <w:rPr>
                <w:b/>
                <w:color w:val="F5A000"/>
                <w:sz w:val="17"/>
              </w:rPr>
              <w:t>PRIMER NAVOĐENJA AUTORA I AFILIJACIJA</w:t>
            </w:r>
          </w:p>
          <w:p w14:paraId="5793105F" w14:textId="77777777" w:rsidR="00F15978" w:rsidRDefault="00000000">
            <w:pPr>
              <w:jc w:val="center"/>
            </w:pPr>
            <w:r>
              <w:rPr>
                <w:b/>
                <w:color w:val="FFFFFF"/>
                <w:sz w:val="22"/>
              </w:rPr>
              <w:t>Ime Prezime¹, Ime Prezime²</w:t>
            </w:r>
          </w:p>
          <w:p w14:paraId="3FE7FA48" w14:textId="77777777" w:rsidR="00F15978" w:rsidRDefault="00000000">
            <w:pPr>
              <w:jc w:val="center"/>
            </w:pPr>
            <w:r>
              <w:rPr>
                <w:color w:val="FFFFFF"/>
                <w:sz w:val="19"/>
              </w:rPr>
              <w:t>¹ Naziv institucije, Grad, Država   |   ² Naziv institucije, Grad, Država</w:t>
            </w:r>
          </w:p>
        </w:tc>
      </w:tr>
    </w:tbl>
    <w:p w14:paraId="6C48E274" w14:textId="77777777" w:rsidR="00F15978" w:rsidRDefault="00F15978">
      <w:pPr>
        <w:spacing w:after="20"/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F15978" w14:paraId="798023E6" w14:textId="77777777">
        <w:trPr>
          <w:cantSplit/>
        </w:trPr>
        <w:tc>
          <w:tcPr>
            <w:tcW w:w="5131" w:type="dxa"/>
            <w:shd w:val="clear" w:color="auto" w:fill="123E73"/>
            <w:tcMar>
              <w:top w:w="90" w:type="dxa"/>
              <w:left w:w="80" w:type="dxa"/>
              <w:bottom w:w="90" w:type="dxa"/>
              <w:right w:w="80" w:type="dxa"/>
            </w:tcMar>
          </w:tcPr>
          <w:p w14:paraId="4324614B" w14:textId="1F5D481C" w:rsidR="00F15978" w:rsidRDefault="00000000">
            <w:pPr>
              <w:jc w:val="center"/>
            </w:pPr>
            <w:r>
              <w:rPr>
                <w:b/>
                <w:color w:val="FFFFFF"/>
                <w:sz w:val="44"/>
              </w:rPr>
              <w:t>0</w:t>
            </w:r>
            <w:r w:rsidR="0010717F">
              <w:rPr>
                <w:b/>
                <w:color w:val="FFFFFF"/>
                <w:sz w:val="44"/>
              </w:rPr>
              <w:t>5.1</w:t>
            </w:r>
          </w:p>
        </w:tc>
        <w:tc>
          <w:tcPr>
            <w:tcW w:w="5131" w:type="dxa"/>
            <w:tcMar>
              <w:top w:w="60" w:type="dxa"/>
              <w:left w:w="110" w:type="dxa"/>
              <w:bottom w:w="50" w:type="dxa"/>
              <w:right w:w="50" w:type="dxa"/>
            </w:tcMar>
          </w:tcPr>
          <w:p w14:paraId="65B55C7A" w14:textId="77777777" w:rsidR="00F15978" w:rsidRDefault="00000000">
            <w:r>
              <w:rPr>
                <w:b/>
                <w:color w:val="0B2C52"/>
                <w:sz w:val="34"/>
              </w:rPr>
              <w:t>STRUKTURA APSTRAKTA</w:t>
            </w:r>
          </w:p>
          <w:p w14:paraId="79A9932D" w14:textId="77777777" w:rsidR="00F15978" w:rsidRDefault="00000000">
            <w:pPr>
              <w:spacing w:before="20"/>
            </w:pPr>
            <w:r>
              <w:rPr>
                <w:color w:val="5A6B7A"/>
                <w:sz w:val="19"/>
              </w:rPr>
              <w:t>Preporučeni elementi strukturisanog sažetka</w:t>
            </w:r>
          </w:p>
        </w:tc>
      </w:tr>
    </w:tbl>
    <w:p w14:paraId="43EE26D1" w14:textId="77777777" w:rsidR="00F15978" w:rsidRDefault="00F15978">
      <w:pPr>
        <w:spacing w:after="0"/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0262"/>
      </w:tblGrid>
      <w:tr w:rsidR="00F15978" w14:paraId="07F584A9" w14:textId="77777777">
        <w:trPr>
          <w:cantSplit/>
          <w:jc w:val="center"/>
        </w:trPr>
        <w:tc>
          <w:tcPr>
            <w:tcW w:w="10262" w:type="dxa"/>
            <w:tcBorders>
              <w:left w:val="single" w:sz="18" w:space="0" w:color="F5A000"/>
            </w:tcBorders>
            <w:shd w:val="clear" w:color="auto" w:fill="F7F9FC"/>
            <w:tcMar>
              <w:top w:w="70" w:type="dxa"/>
              <w:left w:w="140" w:type="dxa"/>
              <w:bottom w:w="70" w:type="dxa"/>
              <w:right w:w="140" w:type="dxa"/>
            </w:tcMar>
          </w:tcPr>
          <w:p w14:paraId="2253E7EF" w14:textId="77777777" w:rsidR="00F15978" w:rsidRDefault="00000000">
            <w:r>
              <w:rPr>
                <w:b/>
                <w:color w:val="123E73"/>
                <w:sz w:val="19"/>
              </w:rPr>
              <w:t xml:space="preserve">Uvod: </w:t>
            </w:r>
            <w:r>
              <w:rPr>
                <w:sz w:val="19"/>
              </w:rPr>
              <w:t>Kratak prikaz problema, teorijskog okvira i značaja teme.</w:t>
            </w:r>
          </w:p>
        </w:tc>
      </w:tr>
    </w:tbl>
    <w:p w14:paraId="70EEE9C9" w14:textId="77777777" w:rsidR="00F15978" w:rsidRDefault="00000000">
      <w:pPr>
        <w:spacing w:after="0" w:line="48" w:lineRule="auto"/>
      </w:pPr>
      <w:r>
        <w:rPr>
          <w:color w:val="FFFFFF"/>
          <w:sz w:val="4"/>
        </w:rPr>
        <w:t xml:space="preserve"> 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0262"/>
      </w:tblGrid>
      <w:tr w:rsidR="00F15978" w14:paraId="4158DA0B" w14:textId="77777777">
        <w:trPr>
          <w:cantSplit/>
          <w:jc w:val="center"/>
        </w:trPr>
        <w:tc>
          <w:tcPr>
            <w:tcW w:w="10262" w:type="dxa"/>
            <w:tcBorders>
              <w:left w:val="single" w:sz="18" w:space="0" w:color="F5A000"/>
            </w:tcBorders>
            <w:shd w:val="clear" w:color="auto" w:fill="F7F9FC"/>
            <w:tcMar>
              <w:top w:w="70" w:type="dxa"/>
              <w:left w:w="140" w:type="dxa"/>
              <w:bottom w:w="70" w:type="dxa"/>
              <w:right w:w="140" w:type="dxa"/>
            </w:tcMar>
          </w:tcPr>
          <w:p w14:paraId="188BAC2C" w14:textId="77777777" w:rsidR="00F15978" w:rsidRDefault="00000000">
            <w:r>
              <w:rPr>
                <w:b/>
                <w:color w:val="123E73"/>
                <w:sz w:val="19"/>
              </w:rPr>
              <w:t xml:space="preserve">Cilj rada: </w:t>
            </w:r>
            <w:r>
              <w:rPr>
                <w:sz w:val="19"/>
              </w:rPr>
              <w:t>Jasno definisan cilj istraživanja, stručnog rada ili prikaza dobre prakse.</w:t>
            </w:r>
          </w:p>
        </w:tc>
      </w:tr>
    </w:tbl>
    <w:p w14:paraId="08B1AB78" w14:textId="77777777" w:rsidR="00F15978" w:rsidRDefault="00000000">
      <w:pPr>
        <w:spacing w:after="0" w:line="48" w:lineRule="auto"/>
      </w:pPr>
      <w:r>
        <w:rPr>
          <w:color w:val="FFFFFF"/>
          <w:sz w:val="4"/>
        </w:rPr>
        <w:t xml:space="preserve"> 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0262"/>
      </w:tblGrid>
      <w:tr w:rsidR="00F15978" w14:paraId="18ED0332" w14:textId="77777777">
        <w:trPr>
          <w:cantSplit/>
          <w:jc w:val="center"/>
        </w:trPr>
        <w:tc>
          <w:tcPr>
            <w:tcW w:w="10262" w:type="dxa"/>
            <w:tcBorders>
              <w:left w:val="single" w:sz="18" w:space="0" w:color="F5A000"/>
            </w:tcBorders>
            <w:shd w:val="clear" w:color="auto" w:fill="F7F9FC"/>
            <w:tcMar>
              <w:top w:w="70" w:type="dxa"/>
              <w:left w:w="140" w:type="dxa"/>
              <w:bottom w:w="70" w:type="dxa"/>
              <w:right w:w="140" w:type="dxa"/>
            </w:tcMar>
          </w:tcPr>
          <w:p w14:paraId="230BDB69" w14:textId="77777777" w:rsidR="00F15978" w:rsidRDefault="00000000">
            <w:r>
              <w:rPr>
                <w:b/>
                <w:color w:val="123E73"/>
                <w:sz w:val="19"/>
              </w:rPr>
              <w:t xml:space="preserve">Metodologija: </w:t>
            </w:r>
            <w:r>
              <w:rPr>
                <w:sz w:val="19"/>
              </w:rPr>
              <w:t>Opis pristupa, uzorka, metoda prikupljanja i analize podataka, ukoliko je primenljivo.</w:t>
            </w:r>
          </w:p>
        </w:tc>
      </w:tr>
    </w:tbl>
    <w:p w14:paraId="57A0438B" w14:textId="77777777" w:rsidR="00F15978" w:rsidRDefault="00000000">
      <w:pPr>
        <w:spacing w:after="0" w:line="48" w:lineRule="auto"/>
      </w:pPr>
      <w:r>
        <w:rPr>
          <w:color w:val="FFFFFF"/>
          <w:sz w:val="4"/>
        </w:rPr>
        <w:t xml:space="preserve"> 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0262"/>
      </w:tblGrid>
      <w:tr w:rsidR="00F15978" w14:paraId="13F68914" w14:textId="77777777">
        <w:trPr>
          <w:cantSplit/>
          <w:jc w:val="center"/>
        </w:trPr>
        <w:tc>
          <w:tcPr>
            <w:tcW w:w="10262" w:type="dxa"/>
            <w:tcBorders>
              <w:left w:val="single" w:sz="18" w:space="0" w:color="F5A000"/>
            </w:tcBorders>
            <w:shd w:val="clear" w:color="auto" w:fill="F7F9FC"/>
            <w:tcMar>
              <w:top w:w="70" w:type="dxa"/>
              <w:left w:w="140" w:type="dxa"/>
              <w:bottom w:w="70" w:type="dxa"/>
              <w:right w:w="140" w:type="dxa"/>
            </w:tcMar>
          </w:tcPr>
          <w:p w14:paraId="3A4C160B" w14:textId="77777777" w:rsidR="00F15978" w:rsidRDefault="00000000">
            <w:r>
              <w:rPr>
                <w:b/>
                <w:color w:val="123E73"/>
                <w:sz w:val="19"/>
              </w:rPr>
              <w:t xml:space="preserve">Rezultati / očekivani rezultati: </w:t>
            </w:r>
            <w:r>
              <w:rPr>
                <w:sz w:val="19"/>
              </w:rPr>
              <w:t>Najvažniji nalazi, iskustva, inovacije ili očekivani doprinos rada.</w:t>
            </w:r>
          </w:p>
        </w:tc>
      </w:tr>
    </w:tbl>
    <w:p w14:paraId="73F57903" w14:textId="77777777" w:rsidR="00F15978" w:rsidRDefault="00000000">
      <w:pPr>
        <w:spacing w:after="0" w:line="48" w:lineRule="auto"/>
      </w:pPr>
      <w:r>
        <w:rPr>
          <w:color w:val="FFFFFF"/>
          <w:sz w:val="4"/>
        </w:rPr>
        <w:t xml:space="preserve"> 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0262"/>
      </w:tblGrid>
      <w:tr w:rsidR="00F15978" w14:paraId="7A65DF44" w14:textId="77777777">
        <w:trPr>
          <w:cantSplit/>
          <w:jc w:val="center"/>
        </w:trPr>
        <w:tc>
          <w:tcPr>
            <w:tcW w:w="10262" w:type="dxa"/>
            <w:tcBorders>
              <w:left w:val="single" w:sz="18" w:space="0" w:color="F5A000"/>
            </w:tcBorders>
            <w:shd w:val="clear" w:color="auto" w:fill="F7F9FC"/>
            <w:tcMar>
              <w:top w:w="70" w:type="dxa"/>
              <w:left w:w="140" w:type="dxa"/>
              <w:bottom w:w="70" w:type="dxa"/>
              <w:right w:w="140" w:type="dxa"/>
            </w:tcMar>
          </w:tcPr>
          <w:p w14:paraId="2B306380" w14:textId="77777777" w:rsidR="00F15978" w:rsidRDefault="00000000">
            <w:r>
              <w:rPr>
                <w:b/>
                <w:color w:val="123E73"/>
                <w:sz w:val="19"/>
              </w:rPr>
              <w:t xml:space="preserve">Zaključak: </w:t>
            </w:r>
            <w:r>
              <w:rPr>
                <w:sz w:val="19"/>
              </w:rPr>
              <w:t>Značaj rada za praksu, istraživanje ili dalji razvoj oblasti.</w:t>
            </w:r>
          </w:p>
        </w:tc>
      </w:tr>
    </w:tbl>
    <w:p w14:paraId="313335A1" w14:textId="77777777" w:rsidR="00F15978" w:rsidRDefault="00000000">
      <w:pPr>
        <w:spacing w:after="0" w:line="48" w:lineRule="auto"/>
      </w:pPr>
      <w:r>
        <w:rPr>
          <w:color w:val="FFFFFF"/>
          <w:sz w:val="4"/>
        </w:rPr>
        <w:t xml:space="preserve"> 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0262"/>
      </w:tblGrid>
      <w:tr w:rsidR="00F15978" w14:paraId="6ECBD941" w14:textId="77777777">
        <w:trPr>
          <w:cantSplit/>
          <w:jc w:val="center"/>
        </w:trPr>
        <w:tc>
          <w:tcPr>
            <w:tcW w:w="10262" w:type="dxa"/>
            <w:tcBorders>
              <w:left w:val="single" w:sz="18" w:space="0" w:color="F5A000"/>
            </w:tcBorders>
            <w:shd w:val="clear" w:color="auto" w:fill="F7F9FC"/>
            <w:tcMar>
              <w:top w:w="70" w:type="dxa"/>
              <w:left w:w="140" w:type="dxa"/>
              <w:bottom w:w="70" w:type="dxa"/>
              <w:right w:w="140" w:type="dxa"/>
            </w:tcMar>
          </w:tcPr>
          <w:p w14:paraId="149D3A22" w14:textId="77777777" w:rsidR="00F15978" w:rsidRDefault="00000000">
            <w:r>
              <w:rPr>
                <w:b/>
                <w:color w:val="123E73"/>
                <w:sz w:val="19"/>
              </w:rPr>
              <w:t xml:space="preserve">Ključne reči: </w:t>
            </w:r>
            <w:r>
              <w:rPr>
                <w:sz w:val="19"/>
              </w:rPr>
              <w:t>Navesti od tri do pet ključnih reči.</w:t>
            </w:r>
          </w:p>
        </w:tc>
      </w:tr>
    </w:tbl>
    <w:p w14:paraId="1D5A8794" w14:textId="77777777" w:rsidR="00F15978" w:rsidRDefault="00000000">
      <w:pPr>
        <w:spacing w:after="0" w:line="48" w:lineRule="auto"/>
      </w:pPr>
      <w:r>
        <w:rPr>
          <w:color w:val="FFFFFF"/>
          <w:sz w:val="4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F15978" w14:paraId="0406612F" w14:textId="77777777">
        <w:trPr>
          <w:cantSplit/>
        </w:trPr>
        <w:tc>
          <w:tcPr>
            <w:tcW w:w="5131" w:type="dxa"/>
            <w:shd w:val="clear" w:color="auto" w:fill="123E73"/>
            <w:tcMar>
              <w:top w:w="90" w:type="dxa"/>
              <w:left w:w="80" w:type="dxa"/>
              <w:bottom w:w="90" w:type="dxa"/>
              <w:right w:w="80" w:type="dxa"/>
            </w:tcMar>
          </w:tcPr>
          <w:p w14:paraId="35100113" w14:textId="360BB720" w:rsidR="00F15978" w:rsidRDefault="00000000">
            <w:pPr>
              <w:pageBreakBefore/>
              <w:jc w:val="center"/>
            </w:pPr>
            <w:r>
              <w:rPr>
                <w:b/>
                <w:color w:val="FFFFFF"/>
                <w:sz w:val="44"/>
              </w:rPr>
              <w:lastRenderedPageBreak/>
              <w:t>0</w:t>
            </w:r>
            <w:r w:rsidR="0010717F">
              <w:rPr>
                <w:b/>
                <w:color w:val="FFFFFF"/>
                <w:sz w:val="44"/>
              </w:rPr>
              <w:t>5.2</w:t>
            </w:r>
          </w:p>
        </w:tc>
        <w:tc>
          <w:tcPr>
            <w:tcW w:w="5131" w:type="dxa"/>
            <w:tcMar>
              <w:top w:w="60" w:type="dxa"/>
              <w:left w:w="110" w:type="dxa"/>
              <w:bottom w:w="50" w:type="dxa"/>
              <w:right w:w="50" w:type="dxa"/>
            </w:tcMar>
          </w:tcPr>
          <w:p w14:paraId="4205F43E" w14:textId="77777777" w:rsidR="00F15978" w:rsidRDefault="00000000">
            <w:pPr>
              <w:pageBreakBefore/>
            </w:pPr>
            <w:r>
              <w:rPr>
                <w:b/>
                <w:color w:val="0B2C52"/>
                <w:sz w:val="34"/>
              </w:rPr>
              <w:t>LITERATURA I SLANJE APSTRAKATA</w:t>
            </w:r>
          </w:p>
          <w:p w14:paraId="7977CD28" w14:textId="77777777" w:rsidR="00F15978" w:rsidRDefault="00000000">
            <w:pPr>
              <w:spacing w:before="20"/>
            </w:pPr>
            <w:r>
              <w:rPr>
                <w:color w:val="5A6B7A"/>
                <w:sz w:val="19"/>
              </w:rPr>
              <w:t>Prijava rada i komunikacija sa Programskim odborom</w:t>
            </w:r>
          </w:p>
        </w:tc>
      </w:tr>
    </w:tbl>
    <w:p w14:paraId="03CB000D" w14:textId="77777777" w:rsidR="00F15978" w:rsidRDefault="00F15978">
      <w:pPr>
        <w:spacing w:after="0"/>
      </w:pPr>
    </w:p>
    <w:p w14:paraId="1DCD9A23" w14:textId="77777777" w:rsidR="00F15978" w:rsidRDefault="00000000">
      <w:pPr>
        <w:spacing w:after="120"/>
        <w:jc w:val="both"/>
      </w:pPr>
      <w:r>
        <w:t>Literaturu navesti prema pravilima APA 7th edition. Lista literature ne ulazi u ograničenje od 300-500 reči.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0262"/>
      </w:tblGrid>
      <w:tr w:rsidR="00F15978" w14:paraId="6213E1F3" w14:textId="77777777">
        <w:trPr>
          <w:jc w:val="center"/>
        </w:trPr>
        <w:tc>
          <w:tcPr>
            <w:tcW w:w="10262" w:type="dxa"/>
            <w:tcBorders>
              <w:left w:val="single" w:sz="22" w:space="0" w:color="F5A000"/>
            </w:tcBorders>
            <w:shd w:val="clear" w:color="auto" w:fill="F6F8FB"/>
            <w:tcMar>
              <w:top w:w="130" w:type="dxa"/>
              <w:left w:w="150" w:type="dxa"/>
              <w:bottom w:w="130" w:type="dxa"/>
              <w:right w:w="150" w:type="dxa"/>
            </w:tcMar>
          </w:tcPr>
          <w:p w14:paraId="739EF905" w14:textId="77777777" w:rsidR="00F15978" w:rsidRDefault="00000000">
            <w:r>
              <w:rPr>
                <w:b/>
                <w:color w:val="2A6BAA"/>
                <w:sz w:val="17"/>
              </w:rPr>
              <w:t>PRIMER APA 7 REFERENCE</w:t>
            </w:r>
          </w:p>
          <w:p w14:paraId="34C41985" w14:textId="77777777" w:rsidR="00F15978" w:rsidRDefault="00000000">
            <w:pPr>
              <w:spacing w:before="100"/>
              <w:jc w:val="both"/>
            </w:pPr>
            <w:r>
              <w:rPr>
                <w:sz w:val="19"/>
              </w:rPr>
              <w:t xml:space="preserve">Medenica, V., &amp; Ivanović, L. (2025). Artificial intelligence in neuropsychological rehabilitation: Current perspectives and future directions. </w:t>
            </w:r>
            <w:r>
              <w:rPr>
                <w:i/>
                <w:sz w:val="19"/>
              </w:rPr>
              <w:t>Journal Name, volume</w:t>
            </w:r>
            <w:r>
              <w:rPr>
                <w:sz w:val="19"/>
              </w:rPr>
              <w:t>(issue), pages. https://doi.org/xxxxx</w:t>
            </w:r>
          </w:p>
        </w:tc>
      </w:tr>
    </w:tbl>
    <w:p w14:paraId="2FD010ED" w14:textId="77777777" w:rsidR="00F15978" w:rsidRDefault="00F15978">
      <w:pPr>
        <w:spacing w:after="40"/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0262"/>
      </w:tblGrid>
      <w:tr w:rsidR="00F15978" w14:paraId="52E9CD0C" w14:textId="77777777">
        <w:trPr>
          <w:jc w:val="center"/>
        </w:trPr>
        <w:tc>
          <w:tcPr>
            <w:tcW w:w="10262" w:type="dxa"/>
            <w:shd w:val="clear" w:color="auto" w:fill="123E73"/>
            <w:tcMar>
              <w:top w:w="160" w:type="dxa"/>
              <w:left w:w="150" w:type="dxa"/>
              <w:bottom w:w="160" w:type="dxa"/>
              <w:right w:w="150" w:type="dxa"/>
            </w:tcMar>
          </w:tcPr>
          <w:p w14:paraId="5C263248" w14:textId="77777777" w:rsidR="00F15978" w:rsidRDefault="00000000">
            <w:pPr>
              <w:jc w:val="center"/>
            </w:pPr>
            <w:r>
              <w:rPr>
                <w:b/>
                <w:color w:val="F5A000"/>
                <w:sz w:val="18"/>
              </w:rPr>
              <w:t>SLANJE APSTRAKATA</w:t>
            </w:r>
          </w:p>
          <w:p w14:paraId="4063DA5C" w14:textId="77777777" w:rsidR="00F15978" w:rsidRDefault="00F15978">
            <w:pPr>
              <w:jc w:val="center"/>
            </w:pPr>
            <w:hyperlink r:id="rId17">
              <w:r>
                <w:rPr>
                  <w:b/>
                  <w:color w:val="FFFFFF"/>
                  <w:sz w:val="36"/>
                </w:rPr>
                <w:t>abstract@ai2empowerhub.com</w:t>
              </w:r>
            </w:hyperlink>
          </w:p>
          <w:p w14:paraId="51BCCBF8" w14:textId="77777777" w:rsidR="00F15978" w:rsidRDefault="00000000">
            <w:pPr>
              <w:jc w:val="center"/>
            </w:pPr>
            <w:r>
              <w:rPr>
                <w:color w:val="FFFFFF"/>
                <w:sz w:val="19"/>
              </w:rPr>
              <w:t>Naslov mejla: Abstract Submission - AI Empower Conference 2026</w:t>
            </w:r>
          </w:p>
        </w:tc>
      </w:tr>
    </w:tbl>
    <w:p w14:paraId="6E6C2B09" w14:textId="77777777" w:rsidR="00F15978" w:rsidRDefault="00F15978">
      <w:pPr>
        <w:spacing w:after="20"/>
      </w:pPr>
    </w:p>
    <w:p w14:paraId="46BBE4C4" w14:textId="77777777" w:rsidR="00F15978" w:rsidRDefault="00000000">
      <w:pPr>
        <w:spacing w:after="40"/>
        <w:jc w:val="both"/>
      </w:pPr>
      <w:r>
        <w:t>Uz apstrakt je potrebno dostaviti: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F15978" w14:paraId="75926EB9" w14:textId="77777777">
        <w:trPr>
          <w:jc w:val="center"/>
        </w:trPr>
        <w:tc>
          <w:tcPr>
            <w:tcW w:w="5131" w:type="dxa"/>
            <w:shd w:val="clear" w:color="auto" w:fill="F6F8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31440DA5" w14:textId="77777777" w:rsidR="00F15978" w:rsidRDefault="00F15978"/>
          <w:p w14:paraId="1ACC2FA3" w14:textId="77777777" w:rsidR="00F15978" w:rsidRDefault="00000000">
            <w:pPr>
              <w:spacing w:after="60" w:line="252" w:lineRule="auto"/>
              <w:ind w:left="198" w:hanging="142"/>
            </w:pPr>
            <w:r>
              <w:rPr>
                <w:b/>
                <w:color w:val="F5A000"/>
                <w:sz w:val="19"/>
              </w:rPr>
              <w:t xml:space="preserve">• </w:t>
            </w:r>
            <w:r>
              <w:rPr>
                <w:sz w:val="19"/>
              </w:rPr>
              <w:t>ime i prezime autora;</w:t>
            </w:r>
          </w:p>
          <w:p w14:paraId="264C38A3" w14:textId="77777777" w:rsidR="00F15978" w:rsidRDefault="00000000">
            <w:pPr>
              <w:spacing w:after="60" w:line="252" w:lineRule="auto"/>
              <w:ind w:left="198" w:hanging="142"/>
            </w:pPr>
            <w:r>
              <w:rPr>
                <w:b/>
                <w:color w:val="F5A000"/>
                <w:sz w:val="19"/>
              </w:rPr>
              <w:t xml:space="preserve">• </w:t>
            </w:r>
            <w:r>
              <w:rPr>
                <w:sz w:val="19"/>
              </w:rPr>
              <w:t>kontakt adresu elektronske pošte;</w:t>
            </w:r>
          </w:p>
          <w:p w14:paraId="55259670" w14:textId="77777777" w:rsidR="00F15978" w:rsidRDefault="00000000">
            <w:pPr>
              <w:spacing w:after="60" w:line="252" w:lineRule="auto"/>
              <w:ind w:left="198" w:hanging="142"/>
            </w:pPr>
            <w:r>
              <w:rPr>
                <w:b/>
                <w:color w:val="F5A000"/>
                <w:sz w:val="19"/>
              </w:rPr>
              <w:t xml:space="preserve">• </w:t>
            </w:r>
            <w:r>
              <w:rPr>
                <w:sz w:val="19"/>
              </w:rPr>
              <w:t>preferirani oblik prezentacije: usmeno izlaganje ili poster;</w:t>
            </w:r>
          </w:p>
        </w:tc>
        <w:tc>
          <w:tcPr>
            <w:tcW w:w="5131" w:type="dxa"/>
            <w:shd w:val="clear" w:color="auto" w:fill="F6F8FB"/>
            <w:tcMar>
              <w:top w:w="80" w:type="dxa"/>
              <w:left w:w="100" w:type="dxa"/>
              <w:bottom w:w="80" w:type="dxa"/>
              <w:right w:w="100" w:type="dxa"/>
            </w:tcMar>
          </w:tcPr>
          <w:p w14:paraId="1E091CA2" w14:textId="77777777" w:rsidR="00F15978" w:rsidRDefault="00F15978"/>
          <w:p w14:paraId="5E9C3370" w14:textId="77777777" w:rsidR="00F15978" w:rsidRDefault="00000000">
            <w:pPr>
              <w:spacing w:after="60" w:line="252" w:lineRule="auto"/>
              <w:ind w:left="198" w:hanging="142"/>
            </w:pPr>
            <w:r>
              <w:rPr>
                <w:b/>
                <w:color w:val="F5A000"/>
                <w:sz w:val="19"/>
              </w:rPr>
              <w:t xml:space="preserve">• </w:t>
            </w:r>
            <w:r>
              <w:rPr>
                <w:sz w:val="19"/>
              </w:rPr>
              <w:t>naziv institucije;</w:t>
            </w:r>
          </w:p>
          <w:p w14:paraId="296E3F8F" w14:textId="77777777" w:rsidR="00F15978" w:rsidRDefault="00000000">
            <w:pPr>
              <w:spacing w:after="60" w:line="252" w:lineRule="auto"/>
              <w:ind w:left="198" w:hanging="142"/>
            </w:pPr>
            <w:r>
              <w:rPr>
                <w:b/>
                <w:color w:val="F5A000"/>
                <w:sz w:val="19"/>
              </w:rPr>
              <w:t xml:space="preserve">• </w:t>
            </w:r>
            <w:r>
              <w:rPr>
                <w:sz w:val="19"/>
              </w:rPr>
              <w:t>izabranu tematsku oblast;</w:t>
            </w:r>
          </w:p>
          <w:p w14:paraId="05890BB2" w14:textId="77777777" w:rsidR="00F15978" w:rsidRDefault="00000000">
            <w:pPr>
              <w:spacing w:after="60" w:line="252" w:lineRule="auto"/>
              <w:ind w:left="198" w:hanging="142"/>
            </w:pPr>
            <w:r>
              <w:rPr>
                <w:b/>
                <w:color w:val="F5A000"/>
                <w:sz w:val="19"/>
              </w:rPr>
              <w:t xml:space="preserve">• </w:t>
            </w:r>
            <w:r>
              <w:rPr>
                <w:sz w:val="19"/>
              </w:rPr>
              <w:t>informaciju da li će autor učestvovati uživo ili onlajn.</w:t>
            </w:r>
          </w:p>
        </w:tc>
      </w:tr>
    </w:tbl>
    <w:p w14:paraId="0DAE9EDB" w14:textId="77777777" w:rsidR="00F15978" w:rsidRDefault="00F15978">
      <w:pPr>
        <w:spacing w:after="40"/>
      </w:pPr>
    </w:p>
    <w:tbl>
      <w:tblPr>
        <w:tblW w:w="0" w:type="auto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131"/>
        <w:gridCol w:w="5131"/>
        <w:gridCol w:w="241"/>
      </w:tblGrid>
      <w:tr w:rsidR="00F15978" w14:paraId="45102138" w14:textId="77777777">
        <w:trPr>
          <w:gridAfter w:val="1"/>
          <w:wAfter w:w="241" w:type="dxa"/>
          <w:jc w:val="center"/>
        </w:trPr>
        <w:tc>
          <w:tcPr>
            <w:tcW w:w="10262" w:type="dxa"/>
            <w:gridSpan w:val="2"/>
            <w:shd w:val="clear" w:color="auto" w:fill="EAF2F8"/>
            <w:tcMar>
              <w:top w:w="110" w:type="dxa"/>
              <w:left w:w="150" w:type="dxa"/>
              <w:bottom w:w="110" w:type="dxa"/>
              <w:right w:w="150" w:type="dxa"/>
            </w:tcMar>
          </w:tcPr>
          <w:p w14:paraId="7F10DD8B" w14:textId="77777777" w:rsidR="00F15978" w:rsidRDefault="00000000">
            <w:pPr>
              <w:jc w:val="both"/>
            </w:pPr>
            <w:r>
              <w:rPr>
                <w:color w:val="0B2C52"/>
                <w:sz w:val="20"/>
              </w:rPr>
              <w:t>Svi pristigli apstrakti biće razmotreni od strane Programskog odbora. Autori će nakon završene recenzije dobiti obaveštenje o prihvatanju rada i detaljna tehnička uputstva za prezentaciju.</w:t>
            </w:r>
          </w:p>
        </w:tc>
      </w:tr>
      <w:tr w:rsidR="00F15978" w14:paraId="146FBD96" w14:textId="77777777">
        <w:tblPrEx>
          <w:jc w:val="left"/>
        </w:tblPrEx>
        <w:trPr>
          <w:cantSplit/>
        </w:trPr>
        <w:tc>
          <w:tcPr>
            <w:tcW w:w="5131" w:type="dxa"/>
            <w:shd w:val="clear" w:color="auto" w:fill="123E73"/>
            <w:tcMar>
              <w:top w:w="90" w:type="dxa"/>
              <w:left w:w="80" w:type="dxa"/>
              <w:bottom w:w="90" w:type="dxa"/>
              <w:right w:w="80" w:type="dxa"/>
            </w:tcMar>
          </w:tcPr>
          <w:p w14:paraId="16D747C6" w14:textId="2AEC2294" w:rsidR="00F15978" w:rsidRDefault="00000000">
            <w:pPr>
              <w:jc w:val="center"/>
            </w:pPr>
            <w:r>
              <w:rPr>
                <w:b/>
                <w:color w:val="FFFFFF"/>
                <w:sz w:val="44"/>
              </w:rPr>
              <w:t>0</w:t>
            </w:r>
            <w:r w:rsidR="0010717F">
              <w:rPr>
                <w:b/>
                <w:color w:val="FFFFFF"/>
                <w:sz w:val="44"/>
              </w:rPr>
              <w:t>6</w:t>
            </w:r>
          </w:p>
        </w:tc>
        <w:tc>
          <w:tcPr>
            <w:tcW w:w="5131" w:type="dxa"/>
            <w:gridSpan w:val="2"/>
            <w:tcMar>
              <w:top w:w="60" w:type="dxa"/>
              <w:left w:w="110" w:type="dxa"/>
              <w:bottom w:w="50" w:type="dxa"/>
              <w:right w:w="50" w:type="dxa"/>
            </w:tcMar>
          </w:tcPr>
          <w:p w14:paraId="5BE93605" w14:textId="77777777" w:rsidR="00F15978" w:rsidRDefault="00000000">
            <w:r>
              <w:rPr>
                <w:b/>
                <w:color w:val="0B2C52"/>
                <w:sz w:val="34"/>
              </w:rPr>
              <w:t>VAŽNI DATUMI</w:t>
            </w:r>
          </w:p>
          <w:p w14:paraId="1CCA3569" w14:textId="09EA45D7" w:rsidR="00F15978" w:rsidRDefault="00000000">
            <w:pPr>
              <w:spacing w:before="20"/>
            </w:pPr>
            <w:r>
              <w:rPr>
                <w:color w:val="5A6B7A"/>
                <w:sz w:val="19"/>
              </w:rPr>
              <w:t xml:space="preserve">Vremenski okvir prijave </w:t>
            </w:r>
            <w:r w:rsidR="0010717F">
              <w:rPr>
                <w:color w:val="5A6B7A"/>
                <w:sz w:val="19"/>
              </w:rPr>
              <w:t xml:space="preserve">i slanja apstrakta je 15. septembar 2026. </w:t>
            </w:r>
          </w:p>
        </w:tc>
      </w:tr>
    </w:tbl>
    <w:p w14:paraId="1DC8DF10" w14:textId="77777777" w:rsidR="00F15978" w:rsidRDefault="00F15978">
      <w:pPr>
        <w:spacing w:after="0"/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131"/>
        <w:gridCol w:w="5131"/>
      </w:tblGrid>
      <w:tr w:rsidR="00F15978" w14:paraId="05A50459" w14:textId="77777777">
        <w:trPr>
          <w:jc w:val="center"/>
        </w:trPr>
        <w:tc>
          <w:tcPr>
            <w:tcW w:w="5131" w:type="dxa"/>
            <w:tcBorders>
              <w:top w:val="single" w:sz="6" w:space="0" w:color="D5E1EC"/>
              <w:left w:val="single" w:sz="6" w:space="0" w:color="D5E1EC"/>
              <w:bottom w:val="single" w:sz="6" w:space="0" w:color="D5E1EC"/>
              <w:right w:val="single" w:sz="6" w:space="0" w:color="D5E1EC"/>
            </w:tcBorders>
            <w:shd w:val="clear" w:color="auto" w:fill="123E73"/>
            <w:tcMar>
              <w:top w:w="100" w:type="dxa"/>
              <w:left w:w="130" w:type="dxa"/>
              <w:bottom w:w="100" w:type="dxa"/>
              <w:right w:w="130" w:type="dxa"/>
            </w:tcMar>
          </w:tcPr>
          <w:p w14:paraId="3E222BCD" w14:textId="77777777" w:rsidR="00F15978" w:rsidRDefault="00000000">
            <w:r>
              <w:rPr>
                <w:b/>
                <w:color w:val="FFFFFF"/>
                <w:sz w:val="17"/>
              </w:rPr>
              <w:t>ROK ZA SLANJE APSTRAKATA</w:t>
            </w:r>
          </w:p>
        </w:tc>
        <w:tc>
          <w:tcPr>
            <w:tcW w:w="5131" w:type="dxa"/>
            <w:tcBorders>
              <w:top w:val="single" w:sz="6" w:space="0" w:color="D5E1EC"/>
              <w:left w:val="single" w:sz="6" w:space="0" w:color="D5E1EC"/>
              <w:bottom w:val="single" w:sz="6" w:space="0" w:color="D5E1EC"/>
              <w:right w:val="single" w:sz="6" w:space="0" w:color="D5E1EC"/>
            </w:tcBorders>
            <w:shd w:val="clear" w:color="auto" w:fill="F6F8FB"/>
            <w:tcMar>
              <w:top w:w="100" w:type="dxa"/>
              <w:left w:w="130" w:type="dxa"/>
              <w:bottom w:w="100" w:type="dxa"/>
              <w:right w:w="130" w:type="dxa"/>
            </w:tcMar>
          </w:tcPr>
          <w:p w14:paraId="3FF719C9" w14:textId="0C820914" w:rsidR="00F15978" w:rsidRDefault="0010717F">
            <w:r w:rsidRPr="0010717F">
              <w:rPr>
                <w:b/>
                <w:color w:val="0B2C52"/>
                <w:sz w:val="20"/>
              </w:rPr>
              <w:t>15. septembar 2026.</w:t>
            </w:r>
          </w:p>
        </w:tc>
      </w:tr>
      <w:tr w:rsidR="00F15978" w14:paraId="7EB29724" w14:textId="77777777">
        <w:trPr>
          <w:jc w:val="center"/>
        </w:trPr>
        <w:tc>
          <w:tcPr>
            <w:tcW w:w="5131" w:type="dxa"/>
            <w:tcBorders>
              <w:top w:val="single" w:sz="6" w:space="0" w:color="D5E1EC"/>
              <w:left w:val="single" w:sz="6" w:space="0" w:color="D5E1EC"/>
              <w:bottom w:val="single" w:sz="6" w:space="0" w:color="D5E1EC"/>
              <w:right w:val="single" w:sz="6" w:space="0" w:color="D5E1EC"/>
            </w:tcBorders>
            <w:shd w:val="clear" w:color="auto" w:fill="123E73"/>
            <w:tcMar>
              <w:top w:w="100" w:type="dxa"/>
              <w:left w:w="130" w:type="dxa"/>
              <w:bottom w:w="100" w:type="dxa"/>
              <w:right w:w="130" w:type="dxa"/>
            </w:tcMar>
          </w:tcPr>
          <w:p w14:paraId="26A47305" w14:textId="77777777" w:rsidR="00F15978" w:rsidRDefault="00000000">
            <w:r>
              <w:rPr>
                <w:b/>
                <w:color w:val="FFFFFF"/>
                <w:sz w:val="17"/>
              </w:rPr>
              <w:t>OBAVEŠTENJE O PRIHVATANJU</w:t>
            </w:r>
          </w:p>
        </w:tc>
        <w:tc>
          <w:tcPr>
            <w:tcW w:w="5131" w:type="dxa"/>
            <w:tcBorders>
              <w:top w:val="single" w:sz="6" w:space="0" w:color="D5E1EC"/>
              <w:left w:val="single" w:sz="6" w:space="0" w:color="D5E1EC"/>
              <w:bottom w:val="single" w:sz="6" w:space="0" w:color="D5E1EC"/>
              <w:right w:val="single" w:sz="6" w:space="0" w:color="D5E1EC"/>
            </w:tcBorders>
            <w:shd w:val="clear" w:color="auto" w:fill="F6F8FB"/>
            <w:tcMar>
              <w:top w:w="100" w:type="dxa"/>
              <w:left w:w="130" w:type="dxa"/>
              <w:bottom w:w="100" w:type="dxa"/>
              <w:right w:w="130" w:type="dxa"/>
            </w:tcMar>
          </w:tcPr>
          <w:p w14:paraId="0DDD527F" w14:textId="283809E6" w:rsidR="00F15978" w:rsidRDefault="0010717F">
            <w:r>
              <w:rPr>
                <w:b/>
                <w:color w:val="0B2C52"/>
                <w:sz w:val="20"/>
              </w:rPr>
              <w:t>30</w:t>
            </w:r>
            <w:r w:rsidRPr="0010717F">
              <w:rPr>
                <w:b/>
                <w:color w:val="0B2C52"/>
                <w:sz w:val="20"/>
              </w:rPr>
              <w:t>. septembar 2026.</w:t>
            </w:r>
          </w:p>
        </w:tc>
      </w:tr>
      <w:tr w:rsidR="00F15978" w14:paraId="4834CF1D" w14:textId="77777777">
        <w:trPr>
          <w:jc w:val="center"/>
        </w:trPr>
        <w:tc>
          <w:tcPr>
            <w:tcW w:w="5131" w:type="dxa"/>
            <w:tcBorders>
              <w:top w:val="single" w:sz="6" w:space="0" w:color="D5E1EC"/>
              <w:left w:val="single" w:sz="6" w:space="0" w:color="D5E1EC"/>
              <w:bottom w:val="single" w:sz="6" w:space="0" w:color="D5E1EC"/>
              <w:right w:val="single" w:sz="6" w:space="0" w:color="D5E1EC"/>
            </w:tcBorders>
            <w:shd w:val="clear" w:color="auto" w:fill="F5A000"/>
            <w:tcMar>
              <w:top w:w="100" w:type="dxa"/>
              <w:left w:w="130" w:type="dxa"/>
              <w:bottom w:w="100" w:type="dxa"/>
              <w:right w:w="130" w:type="dxa"/>
            </w:tcMar>
          </w:tcPr>
          <w:p w14:paraId="245D4B72" w14:textId="77777777" w:rsidR="00F15978" w:rsidRDefault="00000000">
            <w:r>
              <w:rPr>
                <w:b/>
                <w:color w:val="FFFFFF"/>
                <w:sz w:val="17"/>
              </w:rPr>
              <w:t>KONFERENCIJA</w:t>
            </w:r>
          </w:p>
        </w:tc>
        <w:tc>
          <w:tcPr>
            <w:tcW w:w="5131" w:type="dxa"/>
            <w:tcBorders>
              <w:top w:val="single" w:sz="6" w:space="0" w:color="D5E1EC"/>
              <w:left w:val="single" w:sz="6" w:space="0" w:color="D5E1EC"/>
              <w:bottom w:val="single" w:sz="6" w:space="0" w:color="D5E1EC"/>
              <w:right w:val="single" w:sz="6" w:space="0" w:color="D5E1EC"/>
            </w:tcBorders>
            <w:shd w:val="clear" w:color="auto" w:fill="F6F8FB"/>
            <w:tcMar>
              <w:top w:w="100" w:type="dxa"/>
              <w:left w:w="130" w:type="dxa"/>
              <w:bottom w:w="100" w:type="dxa"/>
              <w:right w:w="130" w:type="dxa"/>
            </w:tcMar>
          </w:tcPr>
          <w:p w14:paraId="2A24288F" w14:textId="77777777" w:rsidR="00F15978" w:rsidRDefault="00000000">
            <w:r>
              <w:rPr>
                <w:b/>
                <w:color w:val="0B2C52"/>
                <w:sz w:val="20"/>
              </w:rPr>
              <w:t>6-7. oktobar 2026.</w:t>
            </w:r>
          </w:p>
        </w:tc>
      </w:tr>
    </w:tbl>
    <w:p w14:paraId="2CFA6B38" w14:textId="77777777" w:rsidR="00F15978" w:rsidRDefault="00000000">
      <w:pPr>
        <w:spacing w:before="100" w:after="40"/>
        <w:jc w:val="center"/>
      </w:pPr>
      <w:r>
        <w:rPr>
          <w:b/>
          <w:color w:val="123E73"/>
          <w:sz w:val="27"/>
        </w:rPr>
        <w:t>RADUJEMO SE VAŠEM UČEŠĆU!</w:t>
      </w:r>
    </w:p>
    <w:sectPr w:rsidR="00F15978" w:rsidSect="00034616">
      <w:headerReference w:type="default" r:id="rId18"/>
      <w:footerReference w:type="default" r:id="rId19"/>
      <w:pgSz w:w="11906" w:h="16838"/>
      <w:pgMar w:top="680" w:right="822" w:bottom="709" w:left="822" w:header="34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984D6" w14:textId="77777777" w:rsidR="002A6C0A" w:rsidRDefault="002A6C0A">
      <w:pPr>
        <w:spacing w:after="0" w:line="240" w:lineRule="auto"/>
      </w:pPr>
      <w:r>
        <w:separator/>
      </w:r>
    </w:p>
  </w:endnote>
  <w:endnote w:type="continuationSeparator" w:id="0">
    <w:p w14:paraId="31820489" w14:textId="77777777" w:rsidR="002A6C0A" w:rsidRDefault="002A6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rlito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385DF" w14:textId="77777777" w:rsidR="00F15978" w:rsidRDefault="00F15978">
    <w:pPr>
      <w:pStyle w:val="Footer"/>
    </w:pPr>
  </w:p>
  <w:tbl>
    <w:tblPr>
      <w:tblW w:w="0" w:type="auto"/>
      <w:jc w:val="center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3402"/>
      <w:gridCol w:w="3402"/>
      <w:gridCol w:w="3402"/>
    </w:tblGrid>
    <w:tr w:rsidR="00F15978" w14:paraId="685DB998" w14:textId="77777777">
      <w:trPr>
        <w:jc w:val="center"/>
      </w:trPr>
      <w:tc>
        <w:tcPr>
          <w:tcW w:w="3402" w:type="dxa"/>
          <w:tcMar>
            <w:top w:w="10" w:type="dxa"/>
            <w:left w:w="0" w:type="dxa"/>
            <w:bottom w:w="10" w:type="dxa"/>
            <w:right w:w="0" w:type="dxa"/>
          </w:tcMar>
        </w:tcPr>
        <w:p w14:paraId="4FE37E79" w14:textId="77777777" w:rsidR="00F15978" w:rsidRDefault="00000000">
          <w:r>
            <w:rPr>
              <w:b/>
              <w:color w:val="123E73"/>
              <w:sz w:val="16"/>
            </w:rPr>
            <w:t>6-7. oktobar 2026.  |  Beograd</w:t>
          </w:r>
        </w:p>
      </w:tc>
      <w:tc>
        <w:tcPr>
          <w:tcW w:w="3402" w:type="dxa"/>
          <w:tcMar>
            <w:top w:w="10" w:type="dxa"/>
            <w:left w:w="0" w:type="dxa"/>
            <w:bottom w:w="10" w:type="dxa"/>
            <w:right w:w="0" w:type="dxa"/>
          </w:tcMar>
        </w:tcPr>
        <w:p w14:paraId="6577C637" w14:textId="77777777" w:rsidR="00F15978" w:rsidRDefault="00000000">
          <w:pPr>
            <w:jc w:val="center"/>
          </w:pPr>
          <w:r>
            <w:rPr>
              <w:color w:val="5A6B7A"/>
              <w:sz w:val="16"/>
            </w:rPr>
            <w:t>abstract@ai2empowerhub.com</w:t>
          </w:r>
        </w:p>
      </w:tc>
      <w:tc>
        <w:tcPr>
          <w:tcW w:w="3402" w:type="dxa"/>
          <w:tcMar>
            <w:top w:w="10" w:type="dxa"/>
            <w:left w:w="0" w:type="dxa"/>
            <w:bottom w:w="10" w:type="dxa"/>
            <w:right w:w="0" w:type="dxa"/>
          </w:tcMar>
        </w:tcPr>
        <w:p w14:paraId="3EFC1927" w14:textId="77777777" w:rsidR="00F15978" w:rsidRDefault="00000000">
          <w:pPr>
            <w:jc w:val="right"/>
          </w:pPr>
          <w:r>
            <w:rPr>
              <w:color w:val="6D7E8B"/>
              <w:sz w:val="17"/>
            </w:rPr>
            <w:fldChar w:fldCharType="begin"/>
          </w:r>
          <w:r>
            <w:rPr>
              <w:color w:val="6D7E8B"/>
              <w:sz w:val="17"/>
            </w:rPr>
            <w:instrText xml:space="preserve"> PAGE </w:instrText>
          </w:r>
          <w:r>
            <w:rPr>
              <w:color w:val="6D7E8B"/>
              <w:sz w:val="17"/>
            </w:rPr>
            <w:fldChar w:fldCharType="separate"/>
          </w:r>
          <w:r w:rsidR="00131502">
            <w:rPr>
              <w:noProof/>
              <w:color w:val="6D7E8B"/>
              <w:sz w:val="17"/>
            </w:rPr>
            <w:t>2</w:t>
          </w:r>
          <w:r>
            <w:rPr>
              <w:color w:val="6D7E8B"/>
              <w:sz w:val="17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C064C" w14:textId="77777777" w:rsidR="00F15978" w:rsidRDefault="00F15978">
    <w:pPr>
      <w:pStyle w:val="Footer"/>
    </w:pPr>
  </w:p>
  <w:tbl>
    <w:tblPr>
      <w:tblW w:w="0" w:type="auto"/>
      <w:jc w:val="center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3402"/>
      <w:gridCol w:w="3402"/>
      <w:gridCol w:w="3402"/>
    </w:tblGrid>
    <w:tr w:rsidR="00F15978" w14:paraId="3C090380" w14:textId="77777777">
      <w:trPr>
        <w:jc w:val="center"/>
      </w:trPr>
      <w:tc>
        <w:tcPr>
          <w:tcW w:w="3402" w:type="dxa"/>
          <w:tcMar>
            <w:top w:w="10" w:type="dxa"/>
            <w:left w:w="0" w:type="dxa"/>
            <w:bottom w:w="10" w:type="dxa"/>
            <w:right w:w="0" w:type="dxa"/>
          </w:tcMar>
        </w:tcPr>
        <w:p w14:paraId="487A6215" w14:textId="77777777" w:rsidR="00F15978" w:rsidRDefault="00000000">
          <w:r>
            <w:rPr>
              <w:b/>
              <w:color w:val="123E73"/>
              <w:sz w:val="16"/>
            </w:rPr>
            <w:t>6-7. oktobar 2026.  |  Beograd</w:t>
          </w:r>
        </w:p>
      </w:tc>
      <w:tc>
        <w:tcPr>
          <w:tcW w:w="3402" w:type="dxa"/>
          <w:tcMar>
            <w:top w:w="10" w:type="dxa"/>
            <w:left w:w="0" w:type="dxa"/>
            <w:bottom w:w="10" w:type="dxa"/>
            <w:right w:w="0" w:type="dxa"/>
          </w:tcMar>
        </w:tcPr>
        <w:p w14:paraId="1A119C9E" w14:textId="77777777" w:rsidR="00F15978" w:rsidRDefault="00000000">
          <w:pPr>
            <w:jc w:val="center"/>
          </w:pPr>
          <w:r>
            <w:rPr>
              <w:color w:val="5A6B7A"/>
              <w:sz w:val="16"/>
            </w:rPr>
            <w:t>abstract@ai2empowerhub.com</w:t>
          </w:r>
        </w:p>
      </w:tc>
      <w:tc>
        <w:tcPr>
          <w:tcW w:w="3402" w:type="dxa"/>
          <w:tcMar>
            <w:top w:w="10" w:type="dxa"/>
            <w:left w:w="0" w:type="dxa"/>
            <w:bottom w:w="10" w:type="dxa"/>
            <w:right w:w="0" w:type="dxa"/>
          </w:tcMar>
        </w:tcPr>
        <w:p w14:paraId="30B21CD6" w14:textId="77777777" w:rsidR="00F15978" w:rsidRDefault="00000000">
          <w:pPr>
            <w:jc w:val="right"/>
          </w:pPr>
          <w:r>
            <w:rPr>
              <w:color w:val="6D7E8B"/>
              <w:sz w:val="17"/>
            </w:rPr>
            <w:fldChar w:fldCharType="begin"/>
          </w:r>
          <w:r>
            <w:rPr>
              <w:color w:val="6D7E8B"/>
              <w:sz w:val="17"/>
            </w:rPr>
            <w:instrText xml:space="preserve"> PAGE </w:instrText>
          </w:r>
          <w:r>
            <w:rPr>
              <w:color w:val="6D7E8B"/>
              <w:sz w:val="17"/>
            </w:rPr>
            <w:fldChar w:fldCharType="separate"/>
          </w:r>
          <w:r w:rsidR="00131502">
            <w:rPr>
              <w:noProof/>
              <w:color w:val="6D7E8B"/>
              <w:sz w:val="17"/>
            </w:rPr>
            <w:t>3</w:t>
          </w:r>
          <w:r>
            <w:rPr>
              <w:color w:val="6D7E8B"/>
              <w:sz w:val="17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4BF51" w14:textId="77777777" w:rsidR="00F15978" w:rsidRDefault="00F15978">
    <w:pPr>
      <w:pStyle w:val="Footer"/>
    </w:pPr>
  </w:p>
  <w:tbl>
    <w:tblPr>
      <w:tblW w:w="0" w:type="auto"/>
      <w:jc w:val="center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3402"/>
      <w:gridCol w:w="3402"/>
      <w:gridCol w:w="3402"/>
    </w:tblGrid>
    <w:tr w:rsidR="00F15978" w14:paraId="4F2D9860" w14:textId="77777777">
      <w:trPr>
        <w:jc w:val="center"/>
      </w:trPr>
      <w:tc>
        <w:tcPr>
          <w:tcW w:w="3402" w:type="dxa"/>
          <w:tcMar>
            <w:top w:w="10" w:type="dxa"/>
            <w:left w:w="0" w:type="dxa"/>
            <w:bottom w:w="10" w:type="dxa"/>
            <w:right w:w="0" w:type="dxa"/>
          </w:tcMar>
        </w:tcPr>
        <w:p w14:paraId="3A9C4105" w14:textId="77777777" w:rsidR="00F15978" w:rsidRDefault="00000000">
          <w:r>
            <w:rPr>
              <w:b/>
              <w:color w:val="123E73"/>
              <w:sz w:val="16"/>
            </w:rPr>
            <w:t>6-7. oktobar 2026.  |  Beograd</w:t>
          </w:r>
        </w:p>
      </w:tc>
      <w:tc>
        <w:tcPr>
          <w:tcW w:w="3402" w:type="dxa"/>
          <w:tcMar>
            <w:top w:w="10" w:type="dxa"/>
            <w:left w:w="0" w:type="dxa"/>
            <w:bottom w:w="10" w:type="dxa"/>
            <w:right w:w="0" w:type="dxa"/>
          </w:tcMar>
        </w:tcPr>
        <w:p w14:paraId="1777384F" w14:textId="77777777" w:rsidR="00F15978" w:rsidRDefault="00000000">
          <w:pPr>
            <w:jc w:val="center"/>
          </w:pPr>
          <w:r>
            <w:rPr>
              <w:color w:val="5A6B7A"/>
              <w:sz w:val="16"/>
            </w:rPr>
            <w:t>abstract@ai2empowerhub.com</w:t>
          </w:r>
        </w:p>
      </w:tc>
      <w:tc>
        <w:tcPr>
          <w:tcW w:w="3402" w:type="dxa"/>
          <w:tcMar>
            <w:top w:w="10" w:type="dxa"/>
            <w:left w:w="0" w:type="dxa"/>
            <w:bottom w:w="10" w:type="dxa"/>
            <w:right w:w="0" w:type="dxa"/>
          </w:tcMar>
        </w:tcPr>
        <w:p w14:paraId="53B7D9DB" w14:textId="3685A3A2" w:rsidR="00F15978" w:rsidRDefault="00000000">
          <w:pPr>
            <w:jc w:val="right"/>
          </w:pPr>
          <w:r>
            <w:rPr>
              <w:color w:val="6D7E8B"/>
              <w:sz w:val="17"/>
            </w:rPr>
            <w:fldChar w:fldCharType="begin"/>
          </w:r>
          <w:r>
            <w:rPr>
              <w:color w:val="6D7E8B"/>
              <w:sz w:val="17"/>
            </w:rPr>
            <w:instrText xml:space="preserve"> PAGE </w:instrText>
          </w:r>
          <w:r>
            <w:rPr>
              <w:color w:val="6D7E8B"/>
              <w:sz w:val="17"/>
            </w:rPr>
            <w:fldChar w:fldCharType="separate"/>
          </w:r>
          <w:r w:rsidR="00131502">
            <w:rPr>
              <w:noProof/>
              <w:color w:val="6D7E8B"/>
              <w:sz w:val="17"/>
            </w:rPr>
            <w:t>4</w:t>
          </w:r>
          <w:r>
            <w:rPr>
              <w:color w:val="6D7E8B"/>
              <w:sz w:val="17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DE855" w14:textId="77777777" w:rsidR="002A6C0A" w:rsidRDefault="002A6C0A">
      <w:pPr>
        <w:spacing w:after="0" w:line="240" w:lineRule="auto"/>
      </w:pPr>
      <w:r>
        <w:separator/>
      </w:r>
    </w:p>
  </w:footnote>
  <w:footnote w:type="continuationSeparator" w:id="0">
    <w:p w14:paraId="5597DE1A" w14:textId="77777777" w:rsidR="002A6C0A" w:rsidRDefault="002A6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D3D30" w14:textId="77777777" w:rsidR="00F15978" w:rsidRDefault="00F15978">
    <w:pPr>
      <w:pStyle w:val="Header"/>
    </w:pPr>
  </w:p>
  <w:tbl>
    <w:tblPr>
      <w:tblW w:w="0" w:type="auto"/>
      <w:jc w:val="center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5102"/>
      <w:gridCol w:w="5102"/>
    </w:tblGrid>
    <w:tr w:rsidR="00F15978" w14:paraId="28535F98" w14:textId="77777777">
      <w:trPr>
        <w:jc w:val="center"/>
      </w:trPr>
      <w:tc>
        <w:tcPr>
          <w:tcW w:w="5102" w:type="dxa"/>
          <w:tcMar>
            <w:top w:w="20" w:type="dxa"/>
            <w:left w:w="0" w:type="dxa"/>
            <w:bottom w:w="20" w:type="dxa"/>
            <w:right w:w="0" w:type="dxa"/>
          </w:tcMar>
        </w:tcPr>
        <w:p w14:paraId="74813DF0" w14:textId="7412F074" w:rsidR="00F15978" w:rsidRDefault="00000000">
          <w:r>
            <w:rPr>
              <w:b/>
              <w:color w:val="123E73"/>
              <w:sz w:val="18"/>
            </w:rPr>
            <w:t xml:space="preserve">AI </w:t>
          </w:r>
          <w:r w:rsidR="00DF302A">
            <w:rPr>
              <w:b/>
              <w:color w:val="123E73"/>
              <w:sz w:val="18"/>
            </w:rPr>
            <w:t xml:space="preserve">2 </w:t>
          </w:r>
          <w:r>
            <w:rPr>
              <w:b/>
              <w:color w:val="123E73"/>
              <w:sz w:val="18"/>
            </w:rPr>
            <w:t>EMPOWER 2026</w:t>
          </w:r>
        </w:p>
      </w:tc>
      <w:tc>
        <w:tcPr>
          <w:tcW w:w="5102" w:type="dxa"/>
          <w:tcMar>
            <w:top w:w="20" w:type="dxa"/>
            <w:left w:w="0" w:type="dxa"/>
            <w:bottom w:w="20" w:type="dxa"/>
            <w:right w:w="0" w:type="dxa"/>
          </w:tcMar>
        </w:tcPr>
        <w:p w14:paraId="1D3228C9" w14:textId="77777777" w:rsidR="00F15978" w:rsidRDefault="00000000">
          <w:pPr>
            <w:jc w:val="right"/>
          </w:pPr>
          <w:r>
            <w:rPr>
              <w:b/>
              <w:color w:val="5A6B7A"/>
              <w:sz w:val="15"/>
            </w:rPr>
            <w:t>FINAL CONFERENCE &amp; DISSEMINATION EVENT</w:t>
          </w:r>
        </w:p>
      </w:tc>
    </w:tr>
  </w:tbl>
  <w:p w14:paraId="21870304" w14:textId="77777777" w:rsidR="00F15978" w:rsidRDefault="00F15978">
    <w:pPr>
      <w:pBdr>
        <w:bottom w:val="single" w:sz="10" w:space="1" w:color="F5A000"/>
      </w:pBdr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43D03" w14:textId="77777777" w:rsidR="00F15978" w:rsidRDefault="00F15978">
    <w:pPr>
      <w:pStyle w:val="Header"/>
    </w:pPr>
  </w:p>
  <w:tbl>
    <w:tblPr>
      <w:tblW w:w="0" w:type="auto"/>
      <w:jc w:val="center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5102"/>
      <w:gridCol w:w="5102"/>
    </w:tblGrid>
    <w:tr w:rsidR="00F15978" w14:paraId="5CBD9554" w14:textId="77777777">
      <w:trPr>
        <w:jc w:val="center"/>
      </w:trPr>
      <w:tc>
        <w:tcPr>
          <w:tcW w:w="5102" w:type="dxa"/>
          <w:tcMar>
            <w:top w:w="20" w:type="dxa"/>
            <w:left w:w="0" w:type="dxa"/>
            <w:bottom w:w="20" w:type="dxa"/>
            <w:right w:w="0" w:type="dxa"/>
          </w:tcMar>
        </w:tcPr>
        <w:p w14:paraId="73C59A7E" w14:textId="77777777" w:rsidR="00F15978" w:rsidRDefault="00000000">
          <w:r>
            <w:rPr>
              <w:b/>
              <w:color w:val="123E73"/>
              <w:sz w:val="18"/>
            </w:rPr>
            <w:t>AI EMPOWER 2026</w:t>
          </w:r>
        </w:p>
      </w:tc>
      <w:tc>
        <w:tcPr>
          <w:tcW w:w="5102" w:type="dxa"/>
          <w:tcMar>
            <w:top w:w="20" w:type="dxa"/>
            <w:left w:w="0" w:type="dxa"/>
            <w:bottom w:w="20" w:type="dxa"/>
            <w:right w:w="0" w:type="dxa"/>
          </w:tcMar>
        </w:tcPr>
        <w:p w14:paraId="7EC4BE18" w14:textId="77777777" w:rsidR="00F15978" w:rsidRDefault="00000000">
          <w:pPr>
            <w:jc w:val="right"/>
          </w:pPr>
          <w:r>
            <w:rPr>
              <w:b/>
              <w:color w:val="5A6B7A"/>
              <w:sz w:val="15"/>
            </w:rPr>
            <w:t>FINAL CONFERENCE &amp; DISSEMINATION EVENT</w:t>
          </w:r>
        </w:p>
      </w:tc>
    </w:tr>
  </w:tbl>
  <w:p w14:paraId="7016A608" w14:textId="77777777" w:rsidR="00F15978" w:rsidRDefault="00F15978">
    <w:pPr>
      <w:pBdr>
        <w:bottom w:val="single" w:sz="10" w:space="1" w:color="F5A000"/>
      </w:pBd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5372A" w14:textId="77777777" w:rsidR="00F15978" w:rsidRDefault="00F15978">
    <w:pPr>
      <w:pStyle w:val="Header"/>
    </w:pPr>
  </w:p>
  <w:tbl>
    <w:tblPr>
      <w:tblW w:w="0" w:type="auto"/>
      <w:jc w:val="center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5102"/>
      <w:gridCol w:w="5102"/>
    </w:tblGrid>
    <w:tr w:rsidR="00F15978" w14:paraId="30502B05" w14:textId="77777777">
      <w:trPr>
        <w:jc w:val="center"/>
      </w:trPr>
      <w:tc>
        <w:tcPr>
          <w:tcW w:w="5102" w:type="dxa"/>
          <w:tcMar>
            <w:top w:w="20" w:type="dxa"/>
            <w:left w:w="0" w:type="dxa"/>
            <w:bottom w:w="20" w:type="dxa"/>
            <w:right w:w="0" w:type="dxa"/>
          </w:tcMar>
        </w:tcPr>
        <w:p w14:paraId="14B2232C" w14:textId="77777777" w:rsidR="00F15978" w:rsidRDefault="00000000">
          <w:r>
            <w:rPr>
              <w:b/>
              <w:color w:val="123E73"/>
              <w:sz w:val="18"/>
            </w:rPr>
            <w:t>AI EMPOWER 2026</w:t>
          </w:r>
        </w:p>
      </w:tc>
      <w:tc>
        <w:tcPr>
          <w:tcW w:w="5102" w:type="dxa"/>
          <w:tcMar>
            <w:top w:w="20" w:type="dxa"/>
            <w:left w:w="0" w:type="dxa"/>
            <w:bottom w:w="20" w:type="dxa"/>
            <w:right w:w="0" w:type="dxa"/>
          </w:tcMar>
        </w:tcPr>
        <w:p w14:paraId="10FC0B74" w14:textId="77777777" w:rsidR="00F15978" w:rsidRDefault="00000000">
          <w:pPr>
            <w:jc w:val="right"/>
          </w:pPr>
          <w:r>
            <w:rPr>
              <w:b/>
              <w:color w:val="5A6B7A"/>
              <w:sz w:val="15"/>
            </w:rPr>
            <w:t>FINAL CONFERENCE &amp; DISSEMINATION EVENT</w:t>
          </w:r>
        </w:p>
      </w:tc>
    </w:tr>
  </w:tbl>
  <w:p w14:paraId="0E8F3C68" w14:textId="77777777" w:rsidR="00F15978" w:rsidRDefault="00F15978">
    <w:pPr>
      <w:pBdr>
        <w:bottom w:val="single" w:sz="10" w:space="1" w:color="F5A000"/>
      </w:pBd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40781167">
    <w:abstractNumId w:val="8"/>
  </w:num>
  <w:num w:numId="2" w16cid:durableId="1958099463">
    <w:abstractNumId w:val="6"/>
  </w:num>
  <w:num w:numId="3" w16cid:durableId="13728089">
    <w:abstractNumId w:val="5"/>
  </w:num>
  <w:num w:numId="4" w16cid:durableId="619075405">
    <w:abstractNumId w:val="4"/>
  </w:num>
  <w:num w:numId="5" w16cid:durableId="43332716">
    <w:abstractNumId w:val="7"/>
  </w:num>
  <w:num w:numId="6" w16cid:durableId="786003016">
    <w:abstractNumId w:val="3"/>
  </w:num>
  <w:num w:numId="7" w16cid:durableId="118883190">
    <w:abstractNumId w:val="2"/>
  </w:num>
  <w:num w:numId="8" w16cid:durableId="1780687201">
    <w:abstractNumId w:val="1"/>
  </w:num>
  <w:num w:numId="9" w16cid:durableId="1819032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C74CF"/>
    <w:rsid w:val="00105BCC"/>
    <w:rsid w:val="0010717F"/>
    <w:rsid w:val="00131502"/>
    <w:rsid w:val="0015074B"/>
    <w:rsid w:val="00194C8C"/>
    <w:rsid w:val="00277C26"/>
    <w:rsid w:val="0029639D"/>
    <w:rsid w:val="002A6C0A"/>
    <w:rsid w:val="002E7A77"/>
    <w:rsid w:val="00326F90"/>
    <w:rsid w:val="00554CB7"/>
    <w:rsid w:val="00587A1B"/>
    <w:rsid w:val="00753B98"/>
    <w:rsid w:val="00760DC4"/>
    <w:rsid w:val="0079609B"/>
    <w:rsid w:val="007C558F"/>
    <w:rsid w:val="00850E85"/>
    <w:rsid w:val="00967362"/>
    <w:rsid w:val="009D20FA"/>
    <w:rsid w:val="00AA1D8D"/>
    <w:rsid w:val="00B019BD"/>
    <w:rsid w:val="00B47730"/>
    <w:rsid w:val="00BC278F"/>
    <w:rsid w:val="00C36498"/>
    <w:rsid w:val="00CB0664"/>
    <w:rsid w:val="00DE5540"/>
    <w:rsid w:val="00DF302A"/>
    <w:rsid w:val="00E23FE8"/>
    <w:rsid w:val="00F1597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F0620D"/>
  <w14:defaultImageDpi w14:val="300"/>
  <w15:docId w15:val="{4AD0E669-55C7-431B-8D3C-EF75DD716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rlito" w:eastAsia="Carlito" w:hAnsi="Carlito"/>
      <w:color w:val="22313F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InviteTitle">
    <w:name w:val="InviteTitle"/>
    <w:rPr>
      <w:rFonts w:ascii="Carlito" w:eastAsia="Carlito" w:hAnsi="Carlito"/>
      <w:b/>
      <w:color w:val="0B2C52"/>
      <w:sz w:val="58"/>
    </w:rPr>
  </w:style>
  <w:style w:type="paragraph" w:customStyle="1" w:styleId="InviteSubtitle">
    <w:name w:val="InviteSubtitle"/>
    <w:rPr>
      <w:rFonts w:ascii="Carlito" w:eastAsia="Carlito" w:hAnsi="Carlito"/>
      <w:b/>
      <w:color w:val="2A6BAA"/>
      <w:sz w:val="30"/>
    </w:rPr>
  </w:style>
  <w:style w:type="paragraph" w:customStyle="1" w:styleId="SectionLabel">
    <w:name w:val="SectionLabel"/>
    <w:rPr>
      <w:rFonts w:ascii="Carlito" w:eastAsia="Carlito" w:hAnsi="Carlito"/>
      <w:b/>
      <w:color w:val="F5A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abstract@ai2empowerhub.com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abstract@ai2empowerhub.com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848</Words>
  <Characters>5706</Characters>
  <Application>Microsoft Office Word</Application>
  <DocSecurity>0</DocSecurity>
  <Lines>196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Poziv za učešće - AI Empower Final Conference 2026</vt:lpstr>
    </vt:vector>
  </TitlesOfParts>
  <Manager/>
  <Company/>
  <LinksUpToDate>false</LinksUpToDate>
  <CharactersWithSpaces>6418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Poziv za učešće - AI Empower Final Conference 2026</dc:title>
  <dc:subject>Poziv za učešće i dostavljanje apstrakata</dc:subject>
  <dc:creator>Društvo terapeuta specijalne edukacije i rehabilitacije (DT SER)</dc:creator>
  <cp:keywords>AI Empower, konferencija, apstrakti, Erasmus+, inkluzija, rehabilitacija</cp:keywords>
  <dc:description>generated by python-docx</dc:description>
  <cp:lastModifiedBy>Veselin Medenica</cp:lastModifiedBy>
  <cp:revision>16</cp:revision>
  <dcterms:created xsi:type="dcterms:W3CDTF">2026-07-17T14:00:00Z</dcterms:created>
  <dcterms:modified xsi:type="dcterms:W3CDTF">2026-07-24T20:34:00Z</dcterms:modified>
  <cp:category/>
</cp:coreProperties>
</file>